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4FDBC2" w14:textId="31EE6EF8" w:rsidR="00726297" w:rsidRDefault="00726297" w:rsidP="00726297">
      <w:pPr>
        <w:spacing w:after="0" w:line="0" w:lineRule="atLeast"/>
        <w:rPr>
          <w:rFonts w:ascii="微軟正黑體" w:eastAsia="微軟正黑體" w:hAnsi="微軟正黑體" w:cs="Times New Roman"/>
          <w:b/>
          <w:bCs/>
          <w:color w:val="000000" w:themeColor="text1"/>
          <w:sz w:val="28"/>
          <w:szCs w:val="28"/>
          <w:lang w:eastAsia="zh-TW"/>
        </w:rPr>
      </w:pPr>
      <w:r w:rsidRPr="00726297">
        <w:rPr>
          <w:rFonts w:ascii="微軟正黑體" w:eastAsia="微軟正黑體" w:hAnsi="微軟正黑體" w:cs="Times New Roman" w:hint="eastAsia"/>
          <w:b/>
          <w:bCs/>
          <w:color w:val="000000" w:themeColor="text1"/>
          <w:sz w:val="28"/>
          <w:szCs w:val="28"/>
          <w:lang w:eastAsia="zh-TW"/>
        </w:rPr>
        <w:t>國立中央大學物理學系出國補助獎學金申請表（國際會議／研究交流）</w:t>
      </w:r>
    </w:p>
    <w:p w14:paraId="5B4B90C5" w14:textId="2323F4B1" w:rsidR="00645D5D" w:rsidRDefault="00726297" w:rsidP="00683E01">
      <w:pPr>
        <w:spacing w:after="0" w:line="0" w:lineRule="atLeast"/>
        <w:rPr>
          <w:rFonts w:ascii="微軟正黑體" w:eastAsia="微軟正黑體" w:hAnsi="微軟正黑體" w:cs="Times New Roman"/>
          <w:b/>
          <w:bCs/>
          <w:color w:val="000000" w:themeColor="text1"/>
          <w:sz w:val="24"/>
          <w:szCs w:val="24"/>
          <w:lang w:eastAsia="zh-TW"/>
        </w:rPr>
      </w:pPr>
      <w:r w:rsidRPr="00726297">
        <w:rPr>
          <w:rFonts w:ascii="微軟正黑體" w:eastAsia="微軟正黑體" w:hAnsi="微軟正黑體" w:cs="Times New Roman"/>
          <w:b/>
          <w:bCs/>
          <w:color w:val="000000" w:themeColor="text1"/>
          <w:sz w:val="24"/>
          <w:szCs w:val="24"/>
          <w:lang w:eastAsia="zh-TW"/>
        </w:rPr>
        <w:t>Application Form for Overseas Study Scholarship, Department of Physics, National Central University (International Conferences/Research Exchanges)</w:t>
      </w:r>
    </w:p>
    <w:p w14:paraId="74847C16" w14:textId="77777777" w:rsidR="00726297" w:rsidRDefault="00726297" w:rsidP="00683E01">
      <w:pPr>
        <w:spacing w:after="0" w:line="0" w:lineRule="atLeast"/>
        <w:rPr>
          <w:rFonts w:ascii="微軟正黑體" w:eastAsia="微軟正黑體" w:hAnsi="微軟正黑體" w:cs="Times New Roman"/>
          <w:b/>
          <w:bCs/>
          <w:color w:val="000000" w:themeColor="text1"/>
          <w:sz w:val="24"/>
          <w:szCs w:val="24"/>
          <w:lang w:eastAsia="zh-TW"/>
        </w:rPr>
      </w:pPr>
    </w:p>
    <w:p w14:paraId="2FAE675F" w14:textId="322D36D4" w:rsidR="00645D5D" w:rsidRPr="00645D5D" w:rsidRDefault="00645D5D" w:rsidP="00683E01">
      <w:pPr>
        <w:spacing w:after="0" w:line="0" w:lineRule="atLeast"/>
        <w:rPr>
          <w:rFonts w:ascii="微軟正黑體" w:eastAsia="微軟正黑體" w:hAnsi="微軟正黑體" w:cs="Times New Roman"/>
          <w:b/>
          <w:bCs/>
          <w:color w:val="000000" w:themeColor="text1"/>
          <w:sz w:val="20"/>
          <w:szCs w:val="20"/>
          <w:lang w:eastAsia="zh-TW"/>
        </w:rPr>
      </w:pPr>
      <w:r w:rsidRPr="00645D5D">
        <w:rPr>
          <w:rFonts w:ascii="微軟正黑體" w:eastAsia="微軟正黑體" w:hAnsi="微軟正黑體" w:cs="Times New Roman" w:hint="eastAsia"/>
          <w:b/>
          <w:bCs/>
          <w:color w:val="000000" w:themeColor="text1"/>
          <w:sz w:val="20"/>
          <w:szCs w:val="20"/>
          <w:lang w:eastAsia="zh-TW"/>
        </w:rPr>
        <w:t>申請表請使用電腦繕打(簽名除外)</w:t>
      </w:r>
      <w:r w:rsidRPr="00645D5D">
        <w:t xml:space="preserve"> </w:t>
      </w:r>
      <w:r w:rsidRPr="00645D5D">
        <w:rPr>
          <w:rFonts w:ascii="微軟正黑體" w:eastAsia="微軟正黑體" w:hAnsi="微軟正黑體" w:cs="Times New Roman"/>
          <w:b/>
          <w:bCs/>
          <w:color w:val="000000" w:themeColor="text1"/>
          <w:sz w:val="20"/>
          <w:szCs w:val="20"/>
          <w:lang w:eastAsia="zh-TW"/>
        </w:rPr>
        <w:t>Please type the application form using a computer (except signature</w:t>
      </w:r>
      <w:r>
        <w:rPr>
          <w:rFonts w:ascii="微軟正黑體" w:eastAsia="微軟正黑體" w:hAnsi="微軟正黑體" w:cs="Times New Roman" w:hint="eastAsia"/>
          <w:b/>
          <w:bCs/>
          <w:color w:val="000000" w:themeColor="text1"/>
          <w:sz w:val="20"/>
          <w:szCs w:val="20"/>
          <w:lang w:eastAsia="zh-TW"/>
        </w:rPr>
        <w:t>s</w:t>
      </w:r>
      <w:r w:rsidRPr="00645D5D">
        <w:rPr>
          <w:rFonts w:ascii="微軟正黑體" w:eastAsia="微軟正黑體" w:hAnsi="微軟正黑體" w:cs="Times New Roman"/>
          <w:b/>
          <w:bCs/>
          <w:color w:val="000000" w:themeColor="text1"/>
          <w:sz w:val="20"/>
          <w:szCs w:val="20"/>
          <w:lang w:eastAsia="zh-TW"/>
        </w:rPr>
        <w:t>).</w:t>
      </w:r>
    </w:p>
    <w:p w14:paraId="4B7F9F60" w14:textId="37BF9E0B" w:rsidR="003555D1" w:rsidRPr="00DF48FB" w:rsidRDefault="003555D1" w:rsidP="00683E01">
      <w:pPr>
        <w:spacing w:after="0" w:line="0" w:lineRule="atLeast"/>
        <w:rPr>
          <w:rFonts w:ascii="微軟正黑體" w:eastAsia="微軟正黑體" w:hAnsi="微軟正黑體" w:cs="Times New Roman"/>
          <w:color w:val="000000" w:themeColor="text1"/>
          <w:sz w:val="24"/>
          <w:szCs w:val="24"/>
          <w:lang w:eastAsia="zh-TW"/>
        </w:rPr>
      </w:pPr>
      <w:r w:rsidRPr="00DF48FB">
        <w:rPr>
          <w:rFonts w:ascii="微軟正黑體" w:eastAsia="微軟正黑體" w:hAnsi="微軟正黑體" w:cs="Times New Roman"/>
          <w:color w:val="000000" w:themeColor="text1"/>
          <w:sz w:val="24"/>
          <w:szCs w:val="24"/>
          <w:lang w:eastAsia="zh-TW"/>
        </w:rPr>
        <w:t>------------------------------------------------------------------------------------------</w:t>
      </w:r>
    </w:p>
    <w:p w14:paraId="59FB3119" w14:textId="77777777" w:rsidR="003555D1" w:rsidRPr="00DF48FB" w:rsidRDefault="00DB45A9" w:rsidP="00683E01">
      <w:pPr>
        <w:spacing w:after="0" w:line="0" w:lineRule="atLeast"/>
        <w:rPr>
          <w:rFonts w:ascii="微軟正黑體" w:eastAsia="微軟正黑體" w:hAnsi="微軟正黑體" w:cs="Times New Roman"/>
          <w:color w:val="000000" w:themeColor="text1"/>
          <w:sz w:val="24"/>
          <w:szCs w:val="24"/>
          <w:lang w:eastAsia="zh-TW"/>
        </w:rPr>
      </w:pPr>
      <w:r w:rsidRPr="00DF48FB">
        <w:rPr>
          <w:rFonts w:ascii="微軟正黑體" w:eastAsia="微軟正黑體" w:hAnsi="微軟正黑體" w:cs="Times New Roman"/>
          <w:color w:val="000000" w:themeColor="text1"/>
          <w:sz w:val="24"/>
          <w:szCs w:val="24"/>
          <w:lang w:eastAsia="zh-TW"/>
        </w:rPr>
        <w:t>獎學金類別</w:t>
      </w:r>
      <w:r w:rsidR="003555D1" w:rsidRPr="00DF48FB">
        <w:rPr>
          <w:rFonts w:ascii="微軟正黑體" w:eastAsia="微軟正黑體" w:hAnsi="微軟正黑體" w:cs="Times New Roman"/>
          <w:color w:val="000000" w:themeColor="text1"/>
          <w:sz w:val="24"/>
          <w:szCs w:val="24"/>
          <w:lang w:eastAsia="zh-TW"/>
        </w:rPr>
        <w:t xml:space="preserve">Scholarship Categories </w:t>
      </w:r>
    </w:p>
    <w:p w14:paraId="35A1BB52" w14:textId="4F37DEC4" w:rsidR="00DB45A9" w:rsidRPr="00DF48FB" w:rsidRDefault="00DB45A9" w:rsidP="00683E01">
      <w:pPr>
        <w:spacing w:after="0" w:line="0" w:lineRule="atLeast"/>
        <w:rPr>
          <w:rFonts w:ascii="微軟正黑體" w:eastAsia="微軟正黑體" w:hAnsi="微軟正黑體" w:cs="Times New Roman"/>
          <w:color w:val="000000" w:themeColor="text1"/>
          <w:sz w:val="24"/>
          <w:szCs w:val="24"/>
          <w:lang w:eastAsia="zh-TW"/>
        </w:rPr>
      </w:pPr>
      <w:r w:rsidRPr="00DF48FB">
        <w:rPr>
          <w:rFonts w:ascii="微軟正黑體" w:eastAsia="微軟正黑體" w:hAnsi="微軟正黑體" w:cs="Times New Roman"/>
          <w:color w:val="000000" w:themeColor="text1"/>
          <w:sz w:val="24"/>
          <w:szCs w:val="24"/>
          <w:lang w:eastAsia="zh-TW"/>
        </w:rPr>
        <w:t>(</w:t>
      </w:r>
      <w:r w:rsidR="006868D7" w:rsidRPr="00DF48FB">
        <w:rPr>
          <w:rFonts w:ascii="微軟正黑體" w:eastAsia="微軟正黑體" w:hAnsi="微軟正黑體" w:cs="Times New Roman" w:hint="eastAsia"/>
          <w:color w:val="000000" w:themeColor="text1"/>
          <w:sz w:val="24"/>
          <w:szCs w:val="24"/>
          <w:lang w:eastAsia="zh-TW"/>
        </w:rPr>
        <w:t>此欄</w:t>
      </w:r>
      <w:r w:rsidRPr="00DF48FB">
        <w:rPr>
          <w:rFonts w:ascii="微軟正黑體" w:eastAsia="微軟正黑體" w:hAnsi="微軟正黑體" w:cs="Times New Roman"/>
          <w:color w:val="000000" w:themeColor="text1"/>
          <w:sz w:val="24"/>
          <w:szCs w:val="24"/>
          <w:lang w:eastAsia="zh-TW"/>
        </w:rPr>
        <w:t>勿填，此項由本系獎學金委員會審查後分配</w:t>
      </w:r>
      <w:r w:rsidR="006868D7" w:rsidRPr="00DF48FB">
        <w:rPr>
          <w:rFonts w:ascii="微軟正黑體" w:eastAsia="微軟正黑體" w:hAnsi="微軟正黑體" w:cs="Times New Roman" w:hint="eastAsia"/>
          <w:color w:val="000000" w:themeColor="text1"/>
          <w:sz w:val="24"/>
          <w:szCs w:val="24"/>
          <w:lang w:eastAsia="zh-TW"/>
        </w:rPr>
        <w:t>。</w:t>
      </w:r>
      <w:r w:rsidR="006868D7" w:rsidRPr="00DF48FB">
        <w:rPr>
          <w:rFonts w:ascii="微軟正黑體" w:eastAsia="微軟正黑體" w:hAnsi="微軟正黑體" w:cs="Times New Roman"/>
          <w:color w:val="000000" w:themeColor="text1"/>
          <w:sz w:val="24"/>
          <w:szCs w:val="24"/>
          <w:lang w:eastAsia="zh-TW"/>
        </w:rPr>
        <w:t>Do not fill in this field. This item will be allocated after review by the department's scholarship committee.</w:t>
      </w:r>
      <w:r w:rsidRPr="00DF48FB">
        <w:rPr>
          <w:rFonts w:ascii="微軟正黑體" w:eastAsia="微軟正黑體" w:hAnsi="微軟正黑體" w:cs="Times New Roman"/>
          <w:color w:val="000000" w:themeColor="text1"/>
          <w:sz w:val="24"/>
          <w:szCs w:val="24"/>
          <w:lang w:eastAsia="zh-TW"/>
        </w:rPr>
        <w:t>)</w:t>
      </w:r>
    </w:p>
    <w:p w14:paraId="5463BB75" w14:textId="77D60996" w:rsidR="00DB45A9" w:rsidRPr="00DF48FB" w:rsidRDefault="00DB45A9" w:rsidP="003D7E97">
      <w:pPr>
        <w:pStyle w:val="ae"/>
        <w:numPr>
          <w:ilvl w:val="0"/>
          <w:numId w:val="13"/>
        </w:numPr>
        <w:spacing w:after="0" w:line="0" w:lineRule="atLeast"/>
        <w:rPr>
          <w:rFonts w:ascii="微軟正黑體" w:eastAsia="微軟正黑體" w:hAnsi="微軟正黑體" w:cs="Times New Roman"/>
          <w:color w:val="000000" w:themeColor="text1"/>
          <w:sz w:val="24"/>
          <w:szCs w:val="24"/>
          <w:lang w:eastAsia="zh-TW"/>
        </w:rPr>
      </w:pPr>
      <w:r w:rsidRPr="00DF48FB">
        <w:rPr>
          <w:rFonts w:ascii="微軟正黑體" w:eastAsia="微軟正黑體" w:hAnsi="微軟正黑體" w:cs="Times New Roman"/>
          <w:color w:val="000000" w:themeColor="text1"/>
          <w:sz w:val="24"/>
          <w:szCs w:val="24"/>
          <w:lang w:eastAsia="zh-TW"/>
        </w:rPr>
        <w:t>國立中央大學物理學系系友捐款補助學生出席國際會議獎學金(國際會議)</w:t>
      </w:r>
    </w:p>
    <w:p w14:paraId="111B6B7F" w14:textId="6895DDC0" w:rsidR="00DB45A9" w:rsidRPr="00DF48FB" w:rsidRDefault="00DB45A9" w:rsidP="003D7E97">
      <w:pPr>
        <w:pStyle w:val="ae"/>
        <w:numPr>
          <w:ilvl w:val="0"/>
          <w:numId w:val="13"/>
        </w:numPr>
        <w:spacing w:after="0" w:line="0" w:lineRule="atLeast"/>
        <w:rPr>
          <w:rFonts w:ascii="微軟正黑體" w:eastAsia="微軟正黑體" w:hAnsi="微軟正黑體" w:cs="Times New Roman"/>
          <w:color w:val="000000" w:themeColor="text1"/>
          <w:sz w:val="24"/>
          <w:szCs w:val="24"/>
          <w:lang w:eastAsia="zh-TW"/>
        </w:rPr>
      </w:pPr>
      <w:r w:rsidRPr="00DF48FB">
        <w:rPr>
          <w:rFonts w:ascii="微軟正黑體" w:eastAsia="微軟正黑體" w:hAnsi="微軟正黑體" w:cs="Times New Roman"/>
          <w:color w:val="000000" w:themeColor="text1"/>
          <w:sz w:val="24"/>
          <w:szCs w:val="24"/>
          <w:lang w:eastAsia="zh-TW"/>
        </w:rPr>
        <w:t>國立中央大學物理學系上詮光纖獎學金(國際會議/出國交流)</w:t>
      </w:r>
    </w:p>
    <w:p w14:paraId="63F7A181" w14:textId="1A06BC5F" w:rsidR="00DB45A9" w:rsidRPr="00DF48FB" w:rsidRDefault="00DB45A9" w:rsidP="003D7E97">
      <w:pPr>
        <w:pStyle w:val="ae"/>
        <w:numPr>
          <w:ilvl w:val="0"/>
          <w:numId w:val="13"/>
        </w:numPr>
        <w:spacing w:after="0" w:line="0" w:lineRule="atLeast"/>
        <w:rPr>
          <w:rFonts w:ascii="微軟正黑體" w:eastAsia="微軟正黑體" w:hAnsi="微軟正黑體" w:cs="Times New Roman"/>
          <w:color w:val="000000" w:themeColor="text1"/>
          <w:sz w:val="24"/>
          <w:szCs w:val="24"/>
          <w:lang w:eastAsia="zh-TW"/>
        </w:rPr>
      </w:pPr>
      <w:r w:rsidRPr="00DF48FB">
        <w:rPr>
          <w:rFonts w:ascii="微軟正黑體" w:eastAsia="微軟正黑體" w:hAnsi="微軟正黑體" w:cs="Times New Roman"/>
          <w:color w:val="000000" w:themeColor="text1"/>
          <w:sz w:val="24"/>
          <w:szCs w:val="24"/>
          <w:lang w:eastAsia="zh-TW"/>
        </w:rPr>
        <w:t>國立中央大學物理學系陳滌清何崇媺紀念基金會獎學金(國際會議/出國交流)</w:t>
      </w:r>
    </w:p>
    <w:p w14:paraId="2F277017" w14:textId="00D9EDE1" w:rsidR="00DB45A9" w:rsidRPr="00DF48FB" w:rsidRDefault="00DB45A9" w:rsidP="003D7E97">
      <w:pPr>
        <w:pStyle w:val="ae"/>
        <w:numPr>
          <w:ilvl w:val="0"/>
          <w:numId w:val="13"/>
        </w:numPr>
        <w:spacing w:after="0" w:line="0" w:lineRule="atLeast"/>
        <w:rPr>
          <w:rFonts w:ascii="微軟正黑體" w:eastAsia="微軟正黑體" w:hAnsi="微軟正黑體" w:cs="Times New Roman"/>
          <w:color w:val="000000" w:themeColor="text1"/>
          <w:sz w:val="24"/>
          <w:szCs w:val="24"/>
          <w:lang w:eastAsia="zh-TW"/>
        </w:rPr>
      </w:pPr>
      <w:r w:rsidRPr="00DF48FB">
        <w:rPr>
          <w:rFonts w:ascii="微軟正黑體" w:eastAsia="微軟正黑體" w:hAnsi="微軟正黑體" w:cs="Times New Roman"/>
          <w:color w:val="000000" w:themeColor="text1"/>
          <w:sz w:val="24"/>
          <w:szCs w:val="24"/>
          <w:lang w:eastAsia="zh-TW"/>
        </w:rPr>
        <w:t>國立中央大學物理學系張才雄先生紀念獎學金(國際會議/出國交流)</w:t>
      </w:r>
    </w:p>
    <w:p w14:paraId="52173620" w14:textId="5CE6438A" w:rsidR="00DB45A9" w:rsidRPr="00DF48FB" w:rsidRDefault="00DB45A9" w:rsidP="00683E01">
      <w:pPr>
        <w:spacing w:after="0" w:line="0" w:lineRule="atLeast"/>
        <w:rPr>
          <w:rFonts w:ascii="微軟正黑體" w:eastAsia="微軟正黑體" w:hAnsi="微軟正黑體" w:cs="Times New Roman"/>
          <w:color w:val="000000" w:themeColor="text1"/>
          <w:sz w:val="24"/>
          <w:szCs w:val="24"/>
          <w:lang w:eastAsia="zh-TW"/>
        </w:rPr>
      </w:pPr>
      <w:r w:rsidRPr="00DF48FB">
        <w:rPr>
          <w:rFonts w:ascii="微軟正黑體" w:eastAsia="微軟正黑體" w:hAnsi="微軟正黑體" w:cs="Times New Roman"/>
          <w:color w:val="000000" w:themeColor="text1"/>
          <w:sz w:val="24"/>
          <w:szCs w:val="24"/>
          <w:lang w:eastAsia="zh-TW"/>
        </w:rPr>
        <w:t>------------------------------------------------------------------------------------------</w:t>
      </w:r>
    </w:p>
    <w:p w14:paraId="1803B753" w14:textId="45082447" w:rsidR="009952E0" w:rsidRPr="00645D5D" w:rsidRDefault="00176494" w:rsidP="00683E01">
      <w:pPr>
        <w:spacing w:after="0" w:line="0" w:lineRule="atLeast"/>
        <w:rPr>
          <w:rFonts w:ascii="微軟正黑體" w:eastAsia="微軟正黑體" w:hAnsi="微軟正黑體" w:cs="Times New Roman"/>
          <w:color w:val="000000" w:themeColor="text1"/>
          <w:lang w:eastAsia="zh-TW"/>
        </w:rPr>
      </w:pPr>
      <w:r w:rsidRPr="00645D5D">
        <w:rPr>
          <w:rFonts w:ascii="微軟正黑體" w:eastAsia="微軟正黑體" w:hAnsi="微軟正黑體" w:cs="Times New Roman"/>
          <w:color w:val="000000" w:themeColor="text1"/>
          <w:lang w:eastAsia="zh-TW"/>
        </w:rPr>
        <w:t>本申請表</w:t>
      </w:r>
      <w:r w:rsidR="00AD6C9F" w:rsidRPr="00645D5D">
        <w:rPr>
          <w:rFonts w:ascii="微軟正黑體" w:eastAsia="微軟正黑體" w:hAnsi="微軟正黑體" w:cs="Times New Roman" w:hint="eastAsia"/>
          <w:color w:val="000000" w:themeColor="text1"/>
          <w:lang w:eastAsia="zh-TW"/>
        </w:rPr>
        <w:t>須</w:t>
      </w:r>
      <w:r w:rsidRPr="00645D5D">
        <w:rPr>
          <w:rFonts w:ascii="微軟正黑體" w:eastAsia="微軟正黑體" w:hAnsi="微軟正黑體" w:cs="Times New Roman"/>
          <w:color w:val="000000" w:themeColor="text1"/>
          <w:lang w:eastAsia="zh-TW"/>
        </w:rPr>
        <w:t>檢附文件</w:t>
      </w:r>
      <w:r w:rsidR="00AD6C9F" w:rsidRPr="00645D5D">
        <w:rPr>
          <w:rFonts w:ascii="微軟正黑體" w:eastAsia="微軟正黑體" w:hAnsi="微軟正黑體" w:cs="Times New Roman" w:hint="eastAsia"/>
          <w:color w:val="000000" w:themeColor="text1"/>
          <w:lang w:eastAsia="zh-TW"/>
        </w:rPr>
        <w:t>清單</w:t>
      </w:r>
      <w:r w:rsidR="009952E0">
        <w:rPr>
          <w:rFonts w:ascii="微軟正黑體" w:eastAsia="微軟正黑體" w:hAnsi="微軟正黑體" w:cs="Times New Roman" w:hint="eastAsia"/>
          <w:color w:val="000000" w:themeColor="text1"/>
          <w:lang w:eastAsia="zh-TW"/>
        </w:rPr>
        <w:t>(國際會議檢附12356、研究交流檢附456)</w:t>
      </w:r>
    </w:p>
    <w:p w14:paraId="50419A76" w14:textId="10473747" w:rsidR="002239BB" w:rsidRPr="00645D5D" w:rsidRDefault="002239BB" w:rsidP="00683E01">
      <w:pPr>
        <w:pStyle w:val="21"/>
        <w:numPr>
          <w:ilvl w:val="0"/>
          <w:numId w:val="10"/>
        </w:numPr>
        <w:spacing w:before="0" w:line="0" w:lineRule="atLeast"/>
        <w:rPr>
          <w:rFonts w:ascii="微軟正黑體" w:eastAsia="微軟正黑體" w:hAnsi="微軟正黑體" w:cs="Times New Roman"/>
          <w:b w:val="0"/>
          <w:bCs w:val="0"/>
          <w:color w:val="000000" w:themeColor="text1"/>
          <w:sz w:val="22"/>
          <w:szCs w:val="22"/>
          <w:lang w:eastAsia="zh-TW"/>
        </w:rPr>
      </w:pPr>
      <w:r w:rsidRPr="00645D5D">
        <w:rPr>
          <w:rFonts w:ascii="微軟正黑體" w:eastAsia="微軟正黑體" w:hAnsi="微軟正黑體" w:cs="Times New Roman"/>
          <w:b w:val="0"/>
          <w:bCs w:val="0"/>
          <w:color w:val="000000" w:themeColor="text1"/>
          <w:sz w:val="22"/>
          <w:szCs w:val="22"/>
          <w:lang w:eastAsia="zh-TW"/>
        </w:rPr>
        <w:t>國際會議主辦單位致申請人論文被接受之證明文件影本或本人之正式邀請函影本</w:t>
      </w:r>
    </w:p>
    <w:p w14:paraId="7FCF76F5" w14:textId="77777777" w:rsidR="002239BB" w:rsidRPr="00645D5D" w:rsidRDefault="002239BB" w:rsidP="00683E01">
      <w:pPr>
        <w:pStyle w:val="21"/>
        <w:spacing w:before="0" w:line="0" w:lineRule="atLeast"/>
        <w:ind w:left="480"/>
        <w:rPr>
          <w:rFonts w:ascii="微軟正黑體" w:eastAsia="微軟正黑體" w:hAnsi="微軟正黑體" w:cs="Times New Roman"/>
          <w:b w:val="0"/>
          <w:bCs w:val="0"/>
          <w:color w:val="000000" w:themeColor="text1"/>
          <w:sz w:val="22"/>
          <w:szCs w:val="22"/>
          <w:lang w:eastAsia="zh-TW"/>
        </w:rPr>
      </w:pPr>
      <w:r w:rsidRPr="00645D5D">
        <w:rPr>
          <w:rFonts w:ascii="微軟正黑體" w:eastAsia="微軟正黑體" w:hAnsi="微軟正黑體" w:cs="Times New Roman"/>
          <w:b w:val="0"/>
          <w:bCs w:val="0"/>
          <w:color w:val="000000" w:themeColor="text1"/>
          <w:sz w:val="22"/>
          <w:szCs w:val="22"/>
          <w:lang w:eastAsia="zh-TW"/>
        </w:rPr>
        <w:t xml:space="preserve">A photocopy of the letter of acceptance issued by the overseas conference hosting department of the applicant's thesis or a photocopy of the personal invitation directed to said applicant. </w:t>
      </w:r>
    </w:p>
    <w:p w14:paraId="551389E4" w14:textId="440989B9" w:rsidR="002239BB" w:rsidRPr="00645D5D" w:rsidRDefault="002239BB" w:rsidP="00683E01">
      <w:pPr>
        <w:pStyle w:val="21"/>
        <w:numPr>
          <w:ilvl w:val="0"/>
          <w:numId w:val="10"/>
        </w:numPr>
        <w:spacing w:before="0" w:line="0" w:lineRule="atLeast"/>
        <w:rPr>
          <w:rFonts w:ascii="微軟正黑體" w:eastAsia="微軟正黑體" w:hAnsi="微軟正黑體" w:cs="Times New Roman"/>
          <w:b w:val="0"/>
          <w:bCs w:val="0"/>
          <w:color w:val="000000" w:themeColor="text1"/>
          <w:sz w:val="22"/>
          <w:szCs w:val="22"/>
          <w:lang w:eastAsia="zh-TW"/>
        </w:rPr>
      </w:pPr>
      <w:r w:rsidRPr="00645D5D">
        <w:rPr>
          <w:rFonts w:ascii="微軟正黑體" w:eastAsia="微軟正黑體" w:hAnsi="微軟正黑體" w:cs="Times New Roman"/>
          <w:b w:val="0"/>
          <w:bCs w:val="0"/>
          <w:color w:val="000000" w:themeColor="text1"/>
          <w:sz w:val="22"/>
          <w:szCs w:val="22"/>
          <w:lang w:eastAsia="zh-TW"/>
        </w:rPr>
        <w:t>擬發表之論文摘要及論文全文影本(論文以在國內完成而尚未發表者為限)</w:t>
      </w:r>
    </w:p>
    <w:p w14:paraId="699DD774" w14:textId="77777777" w:rsidR="002239BB" w:rsidRPr="00645D5D" w:rsidRDefault="002239BB" w:rsidP="00683E01">
      <w:pPr>
        <w:pStyle w:val="21"/>
        <w:spacing w:before="0" w:line="0" w:lineRule="atLeast"/>
        <w:ind w:left="480"/>
        <w:rPr>
          <w:rFonts w:ascii="微軟正黑體" w:eastAsia="微軟正黑體" w:hAnsi="微軟正黑體" w:cs="Times New Roman"/>
          <w:b w:val="0"/>
          <w:bCs w:val="0"/>
          <w:color w:val="000000" w:themeColor="text1"/>
          <w:sz w:val="22"/>
          <w:szCs w:val="22"/>
          <w:lang w:eastAsia="zh-TW"/>
        </w:rPr>
      </w:pPr>
      <w:r w:rsidRPr="00645D5D">
        <w:rPr>
          <w:rFonts w:ascii="微軟正黑體" w:eastAsia="微軟正黑體" w:hAnsi="微軟正黑體" w:cs="Times New Roman"/>
          <w:b w:val="0"/>
          <w:bCs w:val="0"/>
          <w:color w:val="000000" w:themeColor="text1"/>
          <w:sz w:val="22"/>
          <w:szCs w:val="22"/>
          <w:lang w:eastAsia="zh-TW"/>
        </w:rPr>
        <w:t>A copy of the abstract and full text of the applicant's thesis (required only if the thesis is already completed before the departure date but has not yet been published)</w:t>
      </w:r>
    </w:p>
    <w:p w14:paraId="675F5EFF" w14:textId="3CF544A4" w:rsidR="002239BB" w:rsidRPr="00645D5D" w:rsidRDefault="002239BB" w:rsidP="00683E01">
      <w:pPr>
        <w:pStyle w:val="21"/>
        <w:numPr>
          <w:ilvl w:val="0"/>
          <w:numId w:val="10"/>
        </w:numPr>
        <w:spacing w:before="0" w:line="0" w:lineRule="atLeast"/>
        <w:rPr>
          <w:rFonts w:ascii="微軟正黑體" w:eastAsia="微軟正黑體" w:hAnsi="微軟正黑體" w:cs="Times New Roman"/>
          <w:b w:val="0"/>
          <w:bCs w:val="0"/>
          <w:color w:val="000000" w:themeColor="text1"/>
          <w:sz w:val="22"/>
          <w:szCs w:val="22"/>
          <w:lang w:eastAsia="zh-TW"/>
        </w:rPr>
      </w:pPr>
      <w:r w:rsidRPr="00645D5D">
        <w:rPr>
          <w:rFonts w:ascii="微軟正黑體" w:eastAsia="微軟正黑體" w:hAnsi="微軟正黑體" w:cs="Times New Roman"/>
          <w:b w:val="0"/>
          <w:bCs w:val="0"/>
          <w:color w:val="000000" w:themeColor="text1"/>
          <w:sz w:val="22"/>
          <w:szCs w:val="22"/>
          <w:lang w:eastAsia="zh-TW"/>
        </w:rPr>
        <w:t>國際會議日程表、會議有關資料及其他有助審查之資料</w:t>
      </w:r>
    </w:p>
    <w:p w14:paraId="50CC3F04" w14:textId="77777777" w:rsidR="002239BB" w:rsidRPr="00645D5D" w:rsidRDefault="002239BB" w:rsidP="00683E01">
      <w:pPr>
        <w:pStyle w:val="21"/>
        <w:spacing w:before="0" w:line="0" w:lineRule="atLeast"/>
        <w:ind w:left="480"/>
        <w:rPr>
          <w:rFonts w:ascii="微軟正黑體" w:eastAsia="微軟正黑體" w:hAnsi="微軟正黑體" w:cs="Times New Roman"/>
          <w:b w:val="0"/>
          <w:bCs w:val="0"/>
          <w:color w:val="000000" w:themeColor="text1"/>
          <w:sz w:val="22"/>
          <w:szCs w:val="22"/>
          <w:lang w:eastAsia="zh-TW"/>
        </w:rPr>
      </w:pPr>
      <w:r w:rsidRPr="00645D5D">
        <w:rPr>
          <w:rFonts w:ascii="微軟正黑體" w:eastAsia="微軟正黑體" w:hAnsi="微軟正黑體" w:cs="Times New Roman"/>
          <w:b w:val="0"/>
          <w:bCs w:val="0"/>
          <w:color w:val="000000" w:themeColor="text1"/>
          <w:sz w:val="22"/>
          <w:szCs w:val="22"/>
          <w:lang w:eastAsia="zh-TW"/>
        </w:rPr>
        <w:t xml:space="preserve">A calendar of events for the overseas conference in question, and other applicable information or documents regarding said event that may assist the reviewer. </w:t>
      </w:r>
    </w:p>
    <w:p w14:paraId="6267734A" w14:textId="77777777" w:rsidR="00AD6C9F" w:rsidRPr="00645D5D" w:rsidRDefault="000920FD" w:rsidP="00683E01">
      <w:pPr>
        <w:pStyle w:val="21"/>
        <w:numPr>
          <w:ilvl w:val="0"/>
          <w:numId w:val="10"/>
        </w:numPr>
        <w:spacing w:before="0" w:line="0" w:lineRule="atLeast"/>
        <w:rPr>
          <w:rFonts w:ascii="微軟正黑體" w:eastAsia="微軟正黑體" w:hAnsi="微軟正黑體" w:cs="Times New Roman"/>
          <w:b w:val="0"/>
          <w:bCs w:val="0"/>
          <w:color w:val="000000" w:themeColor="text1"/>
          <w:sz w:val="22"/>
          <w:szCs w:val="22"/>
          <w:lang w:eastAsia="zh-TW"/>
        </w:rPr>
      </w:pPr>
      <w:r w:rsidRPr="00645D5D">
        <w:rPr>
          <w:rFonts w:ascii="微軟正黑體" w:eastAsia="微軟正黑體" w:hAnsi="微軟正黑體" w:cs="Times New Roman"/>
          <w:b w:val="0"/>
          <w:bCs w:val="0"/>
          <w:color w:val="000000" w:themeColor="text1"/>
          <w:sz w:val="22"/>
          <w:szCs w:val="22"/>
          <w:lang w:eastAsia="zh-TW"/>
        </w:rPr>
        <w:t>邀請單位邀請函或證明文件</w:t>
      </w:r>
    </w:p>
    <w:p w14:paraId="309CA2B6" w14:textId="1A0C3C06" w:rsidR="000920FD" w:rsidRPr="00645D5D" w:rsidRDefault="000920FD" w:rsidP="00683E01">
      <w:pPr>
        <w:pStyle w:val="21"/>
        <w:spacing w:before="0" w:line="0" w:lineRule="atLeast"/>
        <w:ind w:left="480"/>
        <w:rPr>
          <w:rFonts w:ascii="微軟正黑體" w:eastAsia="微軟正黑體" w:hAnsi="微軟正黑體" w:cs="Times New Roman"/>
          <w:b w:val="0"/>
          <w:bCs w:val="0"/>
          <w:color w:val="000000" w:themeColor="text1"/>
          <w:sz w:val="22"/>
          <w:szCs w:val="22"/>
          <w:lang w:eastAsia="zh-TW"/>
        </w:rPr>
      </w:pPr>
      <w:r w:rsidRPr="00645D5D">
        <w:rPr>
          <w:rFonts w:ascii="微軟正黑體" w:eastAsia="微軟正黑體" w:hAnsi="微軟正黑體" w:cs="Times New Roman"/>
          <w:b w:val="0"/>
          <w:bCs w:val="0"/>
          <w:color w:val="000000" w:themeColor="text1"/>
          <w:sz w:val="22"/>
          <w:szCs w:val="22"/>
          <w:lang w:eastAsia="zh-TW"/>
        </w:rPr>
        <w:t>Invitation from the inviting group or other documents providing proof of invitation.</w:t>
      </w:r>
    </w:p>
    <w:p w14:paraId="0FFE022A" w14:textId="77777777" w:rsidR="00AD6C9F" w:rsidRPr="00645D5D" w:rsidRDefault="002239BB" w:rsidP="00683E01">
      <w:pPr>
        <w:pStyle w:val="21"/>
        <w:numPr>
          <w:ilvl w:val="0"/>
          <w:numId w:val="10"/>
        </w:numPr>
        <w:spacing w:before="0" w:line="0" w:lineRule="atLeast"/>
        <w:rPr>
          <w:rFonts w:ascii="微軟正黑體" w:eastAsia="微軟正黑體" w:hAnsi="微軟正黑體" w:cs="Times New Roman"/>
          <w:b w:val="0"/>
          <w:bCs w:val="0"/>
          <w:color w:val="000000" w:themeColor="text1"/>
          <w:sz w:val="22"/>
          <w:szCs w:val="22"/>
          <w:lang w:eastAsia="zh-TW"/>
        </w:rPr>
      </w:pPr>
      <w:r w:rsidRPr="00645D5D">
        <w:rPr>
          <w:rFonts w:ascii="微軟正黑體" w:eastAsia="微軟正黑體" w:hAnsi="微軟正黑體" w:cs="Times New Roman"/>
          <w:b w:val="0"/>
          <w:bCs w:val="0"/>
          <w:color w:val="000000" w:themeColor="text1"/>
          <w:sz w:val="22"/>
          <w:szCs w:val="22"/>
          <w:lang w:eastAsia="zh-TW"/>
        </w:rPr>
        <w:t>指導教授推薦函</w:t>
      </w:r>
    </w:p>
    <w:p w14:paraId="469A6940" w14:textId="0B567CCA" w:rsidR="002239BB" w:rsidRPr="00645D5D" w:rsidRDefault="002239BB" w:rsidP="00683E01">
      <w:pPr>
        <w:pStyle w:val="21"/>
        <w:spacing w:before="0" w:line="0" w:lineRule="atLeast"/>
        <w:ind w:left="480"/>
        <w:rPr>
          <w:rFonts w:ascii="微軟正黑體" w:eastAsia="微軟正黑體" w:hAnsi="微軟正黑體" w:cs="Times New Roman"/>
          <w:b w:val="0"/>
          <w:bCs w:val="0"/>
          <w:color w:val="000000" w:themeColor="text1"/>
          <w:sz w:val="22"/>
          <w:szCs w:val="22"/>
          <w:lang w:eastAsia="zh-TW"/>
        </w:rPr>
      </w:pPr>
      <w:r w:rsidRPr="00645D5D">
        <w:rPr>
          <w:rFonts w:ascii="微軟正黑體" w:eastAsia="微軟正黑體" w:hAnsi="微軟正黑體" w:cs="Times New Roman"/>
          <w:b w:val="0"/>
          <w:bCs w:val="0"/>
          <w:color w:val="000000" w:themeColor="text1"/>
          <w:sz w:val="22"/>
          <w:szCs w:val="22"/>
          <w:lang w:eastAsia="zh-TW"/>
        </w:rPr>
        <w:t>Advisor recommendation letter</w:t>
      </w:r>
    </w:p>
    <w:p w14:paraId="1D8C8107" w14:textId="77777777" w:rsidR="00AD6C9F" w:rsidRPr="00645D5D" w:rsidRDefault="002239BB" w:rsidP="00683E01">
      <w:pPr>
        <w:pStyle w:val="21"/>
        <w:numPr>
          <w:ilvl w:val="0"/>
          <w:numId w:val="10"/>
        </w:numPr>
        <w:spacing w:before="0" w:line="0" w:lineRule="atLeast"/>
        <w:rPr>
          <w:rFonts w:ascii="微軟正黑體" w:eastAsia="微軟正黑體" w:hAnsi="微軟正黑體" w:cs="Times New Roman"/>
          <w:b w:val="0"/>
          <w:bCs w:val="0"/>
          <w:color w:val="000000" w:themeColor="text1"/>
          <w:sz w:val="22"/>
          <w:szCs w:val="22"/>
          <w:lang w:eastAsia="zh-TW"/>
        </w:rPr>
      </w:pPr>
      <w:r w:rsidRPr="00645D5D">
        <w:rPr>
          <w:rFonts w:ascii="微軟正黑體" w:eastAsia="微軟正黑體" w:hAnsi="微軟正黑體" w:cs="Times New Roman"/>
          <w:b w:val="0"/>
          <w:bCs w:val="0"/>
          <w:color w:val="000000" w:themeColor="text1"/>
          <w:sz w:val="22"/>
          <w:szCs w:val="22"/>
          <w:lang w:eastAsia="zh-TW"/>
        </w:rPr>
        <w:t>歷年成績單</w:t>
      </w:r>
    </w:p>
    <w:p w14:paraId="20CC22C1" w14:textId="3C02E182" w:rsidR="000920FD" w:rsidRPr="00645D5D" w:rsidRDefault="00AD6C9F" w:rsidP="00683E01">
      <w:pPr>
        <w:pStyle w:val="21"/>
        <w:spacing w:before="0" w:line="0" w:lineRule="atLeast"/>
        <w:ind w:left="480"/>
        <w:rPr>
          <w:rFonts w:ascii="微軟正黑體" w:eastAsia="微軟正黑體" w:hAnsi="微軟正黑體" w:cs="Times New Roman"/>
          <w:b w:val="0"/>
          <w:bCs w:val="0"/>
          <w:color w:val="000000" w:themeColor="text1"/>
          <w:sz w:val="22"/>
          <w:szCs w:val="22"/>
          <w:lang w:eastAsia="zh-TW"/>
        </w:rPr>
      </w:pPr>
      <w:r w:rsidRPr="00645D5D">
        <w:rPr>
          <w:rFonts w:ascii="微軟正黑體" w:eastAsia="微軟正黑體" w:hAnsi="微軟正黑體" w:cs="Times New Roman" w:hint="eastAsia"/>
          <w:b w:val="0"/>
          <w:bCs w:val="0"/>
          <w:color w:val="000000" w:themeColor="text1"/>
          <w:sz w:val="22"/>
          <w:szCs w:val="22"/>
          <w:lang w:eastAsia="zh-TW"/>
        </w:rPr>
        <w:t>T</w:t>
      </w:r>
      <w:r w:rsidR="002239BB" w:rsidRPr="00645D5D">
        <w:rPr>
          <w:rFonts w:ascii="微軟正黑體" w:eastAsia="微軟正黑體" w:hAnsi="微軟正黑體" w:cs="Times New Roman"/>
          <w:b w:val="0"/>
          <w:bCs w:val="0"/>
          <w:color w:val="000000" w:themeColor="text1"/>
          <w:sz w:val="22"/>
          <w:szCs w:val="22"/>
          <w:lang w:eastAsia="zh-TW"/>
        </w:rPr>
        <w:t>ranscripts</w:t>
      </w:r>
    </w:p>
    <w:p w14:paraId="6D6CEF2F" w14:textId="2FE49471" w:rsidR="00683E01" w:rsidRPr="00DF48FB" w:rsidRDefault="00683E01">
      <w:pPr>
        <w:rPr>
          <w:rFonts w:ascii="微軟正黑體" w:eastAsia="微軟正黑體" w:hAnsi="微軟正黑體" w:cs="Times New Roman"/>
          <w:color w:val="000000" w:themeColor="text1"/>
          <w:sz w:val="24"/>
          <w:szCs w:val="24"/>
          <w:lang w:eastAsia="zh-TW"/>
        </w:rPr>
      </w:pPr>
      <w:r w:rsidRPr="00DF48FB">
        <w:rPr>
          <w:rFonts w:ascii="微軟正黑體" w:eastAsia="微軟正黑體" w:hAnsi="微軟正黑體" w:cs="Times New Roman"/>
          <w:color w:val="000000" w:themeColor="text1"/>
          <w:sz w:val="24"/>
          <w:szCs w:val="24"/>
          <w:lang w:eastAsia="zh-TW"/>
        </w:rPr>
        <w:br w:type="page"/>
      </w:r>
    </w:p>
    <w:p w14:paraId="17FD7F12" w14:textId="40CE5CCD" w:rsidR="00F05C9C" w:rsidRPr="00DF48FB" w:rsidRDefault="00000000" w:rsidP="001F2BD0">
      <w:pPr>
        <w:pStyle w:val="21"/>
        <w:numPr>
          <w:ilvl w:val="0"/>
          <w:numId w:val="12"/>
        </w:numPr>
        <w:spacing w:before="0" w:line="0" w:lineRule="atLeast"/>
        <w:rPr>
          <w:rFonts w:ascii="微軟正黑體" w:eastAsia="微軟正黑體" w:hAnsi="微軟正黑體" w:cs="Times New Roman"/>
          <w:color w:val="000000" w:themeColor="text1"/>
          <w:sz w:val="24"/>
          <w:szCs w:val="24"/>
        </w:rPr>
      </w:pPr>
      <w:r w:rsidRPr="00DF48FB">
        <w:rPr>
          <w:rFonts w:ascii="微軟正黑體" w:eastAsia="微軟正黑體" w:hAnsi="微軟正黑體" w:cs="Times New Roman"/>
          <w:color w:val="000000" w:themeColor="text1"/>
          <w:sz w:val="24"/>
          <w:szCs w:val="24"/>
        </w:rPr>
        <w:lastRenderedPageBreak/>
        <w:t>申請人資料</w:t>
      </w:r>
      <w:r w:rsidR="001F2BD0" w:rsidRPr="00DF48FB">
        <w:rPr>
          <w:rFonts w:ascii="微軟正黑體" w:eastAsia="微軟正黑體" w:hAnsi="微軟正黑體" w:cs="Times New Roman" w:hint="eastAsia"/>
          <w:color w:val="000000" w:themeColor="text1"/>
          <w:sz w:val="24"/>
          <w:szCs w:val="24"/>
          <w:lang w:eastAsia="zh-TW"/>
        </w:rPr>
        <w:t xml:space="preserve"> </w:t>
      </w:r>
      <w:r w:rsidRPr="00DF48FB">
        <w:rPr>
          <w:rFonts w:ascii="微軟正黑體" w:eastAsia="微軟正黑體" w:hAnsi="微軟正黑體" w:cs="Times New Roman"/>
          <w:color w:val="000000" w:themeColor="text1"/>
          <w:sz w:val="24"/>
          <w:szCs w:val="24"/>
        </w:rPr>
        <w:t>Applicant Information</w:t>
      </w:r>
    </w:p>
    <w:tbl>
      <w:tblPr>
        <w:tblStyle w:val="aff2"/>
        <w:tblW w:w="8897" w:type="dxa"/>
        <w:tblLook w:val="04A0" w:firstRow="1" w:lastRow="0" w:firstColumn="1" w:lastColumn="0" w:noHBand="0" w:noVBand="1"/>
      </w:tblPr>
      <w:tblGrid>
        <w:gridCol w:w="3652"/>
        <w:gridCol w:w="5245"/>
      </w:tblGrid>
      <w:tr w:rsidR="00A11763" w:rsidRPr="00DF48FB" w14:paraId="29363B83" w14:textId="77777777" w:rsidTr="00C24A75">
        <w:tc>
          <w:tcPr>
            <w:tcW w:w="3652" w:type="dxa"/>
          </w:tcPr>
          <w:p w14:paraId="7300833E" w14:textId="650FAD54" w:rsidR="00F05C9C" w:rsidRPr="00DF48FB" w:rsidRDefault="00DD266B" w:rsidP="00683E01">
            <w:pPr>
              <w:spacing w:line="0" w:lineRule="atLeast"/>
              <w:rPr>
                <w:rFonts w:ascii="微軟正黑體" w:eastAsia="微軟正黑體" w:hAnsi="微軟正黑體" w:cs="Times New Roman"/>
                <w:color w:val="000000" w:themeColor="text1"/>
              </w:rPr>
            </w:pPr>
            <w:r w:rsidRPr="00DF48FB">
              <w:rPr>
                <w:rFonts w:ascii="微軟正黑體" w:eastAsia="微軟正黑體" w:hAnsi="微軟正黑體" w:cs="Times New Roman"/>
                <w:color w:val="000000" w:themeColor="text1"/>
              </w:rPr>
              <w:t>姓名</w:t>
            </w:r>
            <w:r w:rsidR="00A11763" w:rsidRPr="00DF48FB">
              <w:rPr>
                <w:rFonts w:ascii="微軟正黑體" w:eastAsia="微軟正黑體" w:hAnsi="微軟正黑體" w:cs="Times New Roman" w:hint="eastAsia"/>
                <w:color w:val="000000" w:themeColor="text1"/>
                <w:lang w:eastAsia="zh-TW"/>
              </w:rPr>
              <w:t xml:space="preserve"> </w:t>
            </w:r>
            <w:r w:rsidRPr="00DF48FB">
              <w:rPr>
                <w:rFonts w:ascii="微軟正黑體" w:eastAsia="微軟正黑體" w:hAnsi="微軟正黑體" w:cs="Times New Roman"/>
                <w:color w:val="000000" w:themeColor="text1"/>
              </w:rPr>
              <w:t>Name</w:t>
            </w:r>
          </w:p>
        </w:tc>
        <w:tc>
          <w:tcPr>
            <w:tcW w:w="5245" w:type="dxa"/>
          </w:tcPr>
          <w:p w14:paraId="75B7DA15" w14:textId="77777777" w:rsidR="00F05C9C" w:rsidRPr="00DF48FB" w:rsidRDefault="00F05C9C" w:rsidP="00683E01">
            <w:pPr>
              <w:spacing w:line="0" w:lineRule="atLeast"/>
              <w:rPr>
                <w:rFonts w:ascii="微軟正黑體" w:eastAsia="微軟正黑體" w:hAnsi="微軟正黑體" w:cs="Times New Roman"/>
                <w:color w:val="000000" w:themeColor="text1"/>
              </w:rPr>
            </w:pPr>
          </w:p>
        </w:tc>
      </w:tr>
      <w:tr w:rsidR="00A11763" w:rsidRPr="00DF48FB" w14:paraId="09025802" w14:textId="77777777" w:rsidTr="00C24A75">
        <w:tc>
          <w:tcPr>
            <w:tcW w:w="3652" w:type="dxa"/>
          </w:tcPr>
          <w:p w14:paraId="2095C903" w14:textId="25795D4A" w:rsidR="00F05C9C" w:rsidRPr="00DF48FB" w:rsidRDefault="00DD266B" w:rsidP="00683E01">
            <w:pPr>
              <w:spacing w:line="0" w:lineRule="atLeast"/>
              <w:rPr>
                <w:rFonts w:ascii="微軟正黑體" w:eastAsia="微軟正黑體" w:hAnsi="微軟正黑體" w:cs="Times New Roman"/>
                <w:color w:val="000000" w:themeColor="text1"/>
              </w:rPr>
            </w:pPr>
            <w:r w:rsidRPr="00DF48FB">
              <w:rPr>
                <w:rFonts w:ascii="微軟正黑體" w:eastAsia="微軟正黑體" w:hAnsi="微軟正黑體" w:cs="Times New Roman"/>
                <w:color w:val="000000" w:themeColor="text1"/>
              </w:rPr>
              <w:t>學號</w:t>
            </w:r>
            <w:r w:rsidR="00A11763" w:rsidRPr="00DF48FB">
              <w:rPr>
                <w:rFonts w:ascii="微軟正黑體" w:eastAsia="微軟正黑體" w:hAnsi="微軟正黑體" w:cs="Times New Roman" w:hint="eastAsia"/>
                <w:color w:val="000000" w:themeColor="text1"/>
                <w:lang w:eastAsia="zh-TW"/>
              </w:rPr>
              <w:t xml:space="preserve"> </w:t>
            </w:r>
            <w:r w:rsidRPr="00DF48FB">
              <w:rPr>
                <w:rFonts w:ascii="微軟正黑體" w:eastAsia="微軟正黑體" w:hAnsi="微軟正黑體" w:cs="Times New Roman"/>
                <w:color w:val="000000" w:themeColor="text1"/>
              </w:rPr>
              <w:t xml:space="preserve">School </w:t>
            </w:r>
            <w:r w:rsidR="001F2BD0" w:rsidRPr="00DF48FB">
              <w:rPr>
                <w:rFonts w:ascii="微軟正黑體" w:eastAsia="微軟正黑體" w:hAnsi="微軟正黑體" w:cs="Times New Roman" w:hint="eastAsia"/>
                <w:color w:val="000000" w:themeColor="text1"/>
                <w:lang w:eastAsia="zh-TW"/>
              </w:rPr>
              <w:t xml:space="preserve">ID </w:t>
            </w:r>
            <w:r w:rsidRPr="00DF48FB">
              <w:rPr>
                <w:rFonts w:ascii="微軟正黑體" w:eastAsia="微軟正黑體" w:hAnsi="微軟正黑體" w:cs="Times New Roman"/>
                <w:color w:val="000000" w:themeColor="text1"/>
              </w:rPr>
              <w:t>Number</w:t>
            </w:r>
          </w:p>
        </w:tc>
        <w:tc>
          <w:tcPr>
            <w:tcW w:w="5245" w:type="dxa"/>
          </w:tcPr>
          <w:p w14:paraId="2D4D4950" w14:textId="77777777" w:rsidR="00F05C9C" w:rsidRPr="00DF48FB" w:rsidRDefault="00F05C9C" w:rsidP="00683E01">
            <w:pPr>
              <w:spacing w:line="0" w:lineRule="atLeast"/>
              <w:rPr>
                <w:rFonts w:ascii="微軟正黑體" w:eastAsia="微軟正黑體" w:hAnsi="微軟正黑體" w:cs="Times New Roman"/>
                <w:color w:val="000000" w:themeColor="text1"/>
              </w:rPr>
            </w:pPr>
          </w:p>
        </w:tc>
      </w:tr>
      <w:tr w:rsidR="00A11763" w:rsidRPr="00DF48FB" w14:paraId="42EA3491" w14:textId="77777777" w:rsidTr="00C24A75">
        <w:tc>
          <w:tcPr>
            <w:tcW w:w="3652" w:type="dxa"/>
          </w:tcPr>
          <w:p w14:paraId="39F70551" w14:textId="21AE1BED" w:rsidR="00F05C9C" w:rsidRPr="00DF48FB" w:rsidRDefault="00000000" w:rsidP="00683E01">
            <w:pPr>
              <w:spacing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lang w:eastAsia="zh-TW"/>
              </w:rPr>
              <w:t>班別</w:t>
            </w:r>
            <w:r w:rsidR="001F2BD0" w:rsidRPr="00DF48FB">
              <w:rPr>
                <w:rFonts w:ascii="微軟正黑體" w:eastAsia="微軟正黑體" w:hAnsi="微軟正黑體" w:cs="Times New Roman" w:hint="eastAsia"/>
                <w:color w:val="000000" w:themeColor="text1"/>
                <w:lang w:eastAsia="zh-TW"/>
              </w:rPr>
              <w:t xml:space="preserve"> </w:t>
            </w:r>
            <w:r w:rsidR="00C24A75" w:rsidRPr="00DF48FB">
              <w:rPr>
                <w:rFonts w:ascii="微軟正黑體" w:eastAsia="微軟正黑體" w:hAnsi="微軟正黑體" w:cs="Times New Roman"/>
                <w:color w:val="000000" w:themeColor="text1"/>
                <w:lang w:eastAsia="zh-TW"/>
              </w:rPr>
              <w:t>Class</w:t>
            </w:r>
          </w:p>
        </w:tc>
        <w:tc>
          <w:tcPr>
            <w:tcW w:w="5245" w:type="dxa"/>
          </w:tcPr>
          <w:p w14:paraId="5493BDEE" w14:textId="4D0E13DB" w:rsidR="00F05C9C" w:rsidRPr="00DF48FB" w:rsidRDefault="00C24A75" w:rsidP="00683E01">
            <w:pPr>
              <w:spacing w:line="0" w:lineRule="atLeast"/>
              <w:rPr>
                <w:rFonts w:ascii="微軟正黑體" w:eastAsia="微軟正黑體" w:hAnsi="微軟正黑體" w:cs="Times New Roman"/>
                <w:color w:val="000000" w:themeColor="text1"/>
                <w:lang w:eastAsia="zh-TW"/>
              </w:rPr>
            </w:pPr>
            <w:r w:rsidRPr="00DF48FB">
              <w:rPr>
                <w:rFonts w:ascii="細明體" w:eastAsia="細明體" w:hAnsi="細明體" w:cs="Times New Roman" w:hint="eastAsia"/>
                <w:color w:val="000000" w:themeColor="text1"/>
                <w:lang w:eastAsia="zh-TW"/>
              </w:rPr>
              <w:t>□</w:t>
            </w:r>
            <w:r w:rsidR="00DB45A9" w:rsidRPr="00DF48FB">
              <w:rPr>
                <w:rFonts w:ascii="微軟正黑體" w:eastAsia="微軟正黑體" w:hAnsi="微軟正黑體" w:cs="Times New Roman"/>
                <w:color w:val="000000" w:themeColor="text1"/>
                <w:lang w:eastAsia="zh-TW"/>
              </w:rPr>
              <w:t>博士班</w:t>
            </w:r>
            <w:r w:rsidRPr="00DF48FB">
              <w:rPr>
                <w:rFonts w:ascii="微軟正黑體" w:eastAsia="微軟正黑體" w:hAnsi="微軟正黑體" w:cs="Times New Roman" w:hint="eastAsia"/>
                <w:color w:val="000000" w:themeColor="text1"/>
                <w:lang w:eastAsia="zh-TW"/>
              </w:rPr>
              <w:t>PHD</w:t>
            </w:r>
            <w:r w:rsidRPr="00DF48FB">
              <w:rPr>
                <w:rFonts w:ascii="細明體" w:eastAsia="細明體" w:hAnsi="細明體" w:cs="Times New Roman" w:hint="eastAsia"/>
                <w:color w:val="000000" w:themeColor="text1"/>
                <w:lang w:eastAsia="zh-TW"/>
              </w:rPr>
              <w:t>□</w:t>
            </w:r>
            <w:r w:rsidR="00DB45A9" w:rsidRPr="00DF48FB">
              <w:rPr>
                <w:rFonts w:ascii="微軟正黑體" w:eastAsia="微軟正黑體" w:hAnsi="微軟正黑體" w:cs="Times New Roman"/>
                <w:color w:val="000000" w:themeColor="text1"/>
                <w:lang w:eastAsia="zh-TW"/>
              </w:rPr>
              <w:t>碩士班</w:t>
            </w:r>
            <w:r w:rsidRPr="00DF48FB">
              <w:rPr>
                <w:rFonts w:ascii="微軟正黑體" w:eastAsia="微軟正黑體" w:hAnsi="微軟正黑體" w:cs="Times New Roman" w:hint="eastAsia"/>
                <w:color w:val="000000" w:themeColor="text1"/>
                <w:lang w:eastAsia="zh-TW"/>
              </w:rPr>
              <w:t>Master</w:t>
            </w:r>
            <w:r w:rsidRPr="00DF48FB">
              <w:rPr>
                <w:rFonts w:ascii="細明體" w:eastAsia="細明體" w:hAnsi="細明體" w:cs="Times New Roman" w:hint="eastAsia"/>
                <w:color w:val="000000" w:themeColor="text1"/>
                <w:lang w:eastAsia="zh-TW"/>
              </w:rPr>
              <w:t>□</w:t>
            </w:r>
            <w:r w:rsidR="00DB45A9" w:rsidRPr="00DF48FB">
              <w:rPr>
                <w:rFonts w:ascii="微軟正黑體" w:eastAsia="微軟正黑體" w:hAnsi="微軟正黑體" w:cs="Times New Roman"/>
                <w:color w:val="000000" w:themeColor="text1"/>
                <w:lang w:eastAsia="zh-TW"/>
              </w:rPr>
              <w:t>學士班</w:t>
            </w:r>
            <w:r w:rsidRPr="00DF48FB">
              <w:rPr>
                <w:rFonts w:ascii="微軟正黑體" w:eastAsia="微軟正黑體" w:hAnsi="微軟正黑體" w:cs="Times New Roman"/>
                <w:color w:val="000000" w:themeColor="text1"/>
                <w:lang w:eastAsia="zh-TW"/>
              </w:rPr>
              <w:t>Bachelor</w:t>
            </w:r>
          </w:p>
        </w:tc>
      </w:tr>
      <w:tr w:rsidR="00A11763" w:rsidRPr="00DF48FB" w14:paraId="4A85A9C6" w14:textId="77777777" w:rsidTr="00C24A75">
        <w:tc>
          <w:tcPr>
            <w:tcW w:w="3652" w:type="dxa"/>
          </w:tcPr>
          <w:p w14:paraId="2DEF881A" w14:textId="26375DB7" w:rsidR="00F05C9C" w:rsidRPr="00DF48FB" w:rsidRDefault="00000000" w:rsidP="00683E01">
            <w:pPr>
              <w:spacing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rPr>
              <w:t>年級</w:t>
            </w:r>
            <w:r w:rsidR="00C8796A" w:rsidRPr="00C8796A">
              <w:rPr>
                <w:rFonts w:ascii="微軟正黑體" w:eastAsia="微軟正黑體" w:hAnsi="微軟正黑體" w:cs="Times New Roman"/>
                <w:color w:val="000000" w:themeColor="text1"/>
                <w:lang w:eastAsia="zh-TW"/>
              </w:rPr>
              <w:t>Year of Study</w:t>
            </w:r>
          </w:p>
        </w:tc>
        <w:tc>
          <w:tcPr>
            <w:tcW w:w="5245" w:type="dxa"/>
          </w:tcPr>
          <w:p w14:paraId="594516B9" w14:textId="77777777" w:rsidR="00F05C9C" w:rsidRPr="00DF48FB" w:rsidRDefault="00F05C9C" w:rsidP="00683E01">
            <w:pPr>
              <w:spacing w:line="0" w:lineRule="atLeast"/>
              <w:rPr>
                <w:rFonts w:ascii="微軟正黑體" w:eastAsia="微軟正黑體" w:hAnsi="微軟正黑體" w:cs="Times New Roman"/>
                <w:color w:val="000000" w:themeColor="text1"/>
              </w:rPr>
            </w:pPr>
          </w:p>
        </w:tc>
      </w:tr>
      <w:tr w:rsidR="00A11763" w:rsidRPr="00DF48FB" w14:paraId="015DD3C0" w14:textId="77777777" w:rsidTr="00C24A75">
        <w:tc>
          <w:tcPr>
            <w:tcW w:w="3652" w:type="dxa"/>
          </w:tcPr>
          <w:p w14:paraId="04CEE05C" w14:textId="666429C8" w:rsidR="00F05C9C" w:rsidRPr="00DF48FB" w:rsidRDefault="00FF7531" w:rsidP="00683E01">
            <w:pPr>
              <w:spacing w:line="0" w:lineRule="atLeast"/>
              <w:rPr>
                <w:rFonts w:ascii="微軟正黑體" w:eastAsia="微軟正黑體" w:hAnsi="微軟正黑體" w:cs="Times New Roman"/>
                <w:color w:val="000000" w:themeColor="text1"/>
                <w:lang w:eastAsia="zh-TW"/>
              </w:rPr>
            </w:pPr>
            <w:r w:rsidRPr="00FF7531">
              <w:rPr>
                <w:rFonts w:ascii="微軟正黑體" w:eastAsia="微軟正黑體" w:hAnsi="微軟正黑體" w:cs="Times New Roman" w:hint="eastAsia"/>
                <w:color w:val="000000" w:themeColor="text1"/>
                <w:lang w:eastAsia="zh-TW"/>
              </w:rPr>
              <w:t>推薦者Recommender</w:t>
            </w:r>
          </w:p>
        </w:tc>
        <w:tc>
          <w:tcPr>
            <w:tcW w:w="5245" w:type="dxa"/>
          </w:tcPr>
          <w:p w14:paraId="0F81CB38" w14:textId="77777777" w:rsidR="00F05C9C" w:rsidRPr="00DF48FB" w:rsidRDefault="00F05C9C" w:rsidP="00683E01">
            <w:pPr>
              <w:spacing w:line="0" w:lineRule="atLeast"/>
              <w:rPr>
                <w:rFonts w:ascii="微軟正黑體" w:eastAsia="微軟正黑體" w:hAnsi="微軟正黑體" w:cs="Times New Roman"/>
                <w:color w:val="000000" w:themeColor="text1"/>
                <w:lang w:eastAsia="zh-TW"/>
              </w:rPr>
            </w:pPr>
          </w:p>
        </w:tc>
      </w:tr>
      <w:tr w:rsidR="00A11763" w:rsidRPr="00DF48FB" w14:paraId="369576F8" w14:textId="77777777" w:rsidTr="00C24A75">
        <w:tc>
          <w:tcPr>
            <w:tcW w:w="3652" w:type="dxa"/>
          </w:tcPr>
          <w:p w14:paraId="51257A84" w14:textId="4138C6B7" w:rsidR="00DB45A9" w:rsidRPr="00DF48FB" w:rsidRDefault="00DD266B" w:rsidP="00683E01">
            <w:pPr>
              <w:spacing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lang w:eastAsia="zh-TW"/>
              </w:rPr>
              <w:t>聯絡電話Telephone</w:t>
            </w:r>
          </w:p>
        </w:tc>
        <w:tc>
          <w:tcPr>
            <w:tcW w:w="5245" w:type="dxa"/>
          </w:tcPr>
          <w:p w14:paraId="25D9FB96" w14:textId="77777777" w:rsidR="00DB45A9" w:rsidRPr="00DF48FB" w:rsidRDefault="00DB45A9" w:rsidP="00683E01">
            <w:pPr>
              <w:spacing w:line="0" w:lineRule="atLeast"/>
              <w:rPr>
                <w:rFonts w:ascii="微軟正黑體" w:eastAsia="微軟正黑體" w:hAnsi="微軟正黑體" w:cs="Times New Roman"/>
                <w:color w:val="000000" w:themeColor="text1"/>
                <w:lang w:eastAsia="zh-TW"/>
              </w:rPr>
            </w:pPr>
          </w:p>
        </w:tc>
      </w:tr>
      <w:tr w:rsidR="00A11763" w:rsidRPr="00DF48FB" w14:paraId="6115D722" w14:textId="77777777" w:rsidTr="00C24A75">
        <w:tc>
          <w:tcPr>
            <w:tcW w:w="3652" w:type="dxa"/>
          </w:tcPr>
          <w:p w14:paraId="509282CE" w14:textId="3A2C281B" w:rsidR="00DB45A9" w:rsidRPr="00DF48FB" w:rsidRDefault="00DD266B" w:rsidP="00683E01">
            <w:pPr>
              <w:spacing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lang w:eastAsia="zh-TW"/>
              </w:rPr>
              <w:t>電子郵件信箱Email</w:t>
            </w:r>
          </w:p>
        </w:tc>
        <w:tc>
          <w:tcPr>
            <w:tcW w:w="5245" w:type="dxa"/>
          </w:tcPr>
          <w:p w14:paraId="1FB0EA36" w14:textId="77777777" w:rsidR="00DB45A9" w:rsidRPr="00DF48FB" w:rsidRDefault="00DB45A9" w:rsidP="00683E01">
            <w:pPr>
              <w:spacing w:line="0" w:lineRule="atLeast"/>
              <w:rPr>
                <w:rFonts w:ascii="微軟正黑體" w:eastAsia="微軟正黑體" w:hAnsi="微軟正黑體" w:cs="Times New Roman"/>
                <w:color w:val="000000" w:themeColor="text1"/>
                <w:lang w:eastAsia="zh-TW"/>
              </w:rPr>
            </w:pPr>
          </w:p>
        </w:tc>
      </w:tr>
    </w:tbl>
    <w:p w14:paraId="352E60DE" w14:textId="77777777" w:rsidR="00A11763" w:rsidRPr="00DF48FB" w:rsidRDefault="00A11763" w:rsidP="00683E01">
      <w:pPr>
        <w:pStyle w:val="21"/>
        <w:spacing w:before="0" w:line="0" w:lineRule="atLeast"/>
        <w:rPr>
          <w:rFonts w:ascii="微軟正黑體" w:eastAsia="微軟正黑體" w:hAnsi="微軟正黑體" w:cs="Times New Roman"/>
          <w:color w:val="000000" w:themeColor="text1"/>
          <w:sz w:val="24"/>
          <w:szCs w:val="24"/>
          <w:lang w:eastAsia="zh-TW"/>
        </w:rPr>
      </w:pPr>
    </w:p>
    <w:p w14:paraId="07912D44" w14:textId="4C924839" w:rsidR="00F05C9C" w:rsidRPr="00DF48FB" w:rsidRDefault="00000000" w:rsidP="00A11763">
      <w:pPr>
        <w:pStyle w:val="21"/>
        <w:numPr>
          <w:ilvl w:val="0"/>
          <w:numId w:val="12"/>
        </w:numPr>
        <w:spacing w:before="0" w:line="0" w:lineRule="atLeast"/>
        <w:rPr>
          <w:rFonts w:ascii="微軟正黑體" w:eastAsia="微軟正黑體" w:hAnsi="微軟正黑體" w:cs="Times New Roman"/>
          <w:color w:val="000000" w:themeColor="text1"/>
          <w:sz w:val="24"/>
          <w:szCs w:val="24"/>
          <w:lang w:eastAsia="zh-TW"/>
        </w:rPr>
      </w:pPr>
      <w:r w:rsidRPr="00DF48FB">
        <w:rPr>
          <w:rFonts w:ascii="微軟正黑體" w:eastAsia="微軟正黑體" w:hAnsi="微軟正黑體" w:cs="Times New Roman"/>
          <w:color w:val="000000" w:themeColor="text1"/>
          <w:sz w:val="24"/>
          <w:szCs w:val="24"/>
        </w:rPr>
        <w:t>出國事由</w:t>
      </w:r>
      <w:r w:rsidR="00284926" w:rsidRPr="00DF48FB">
        <w:rPr>
          <w:rFonts w:ascii="微軟正黑體" w:eastAsia="微軟正黑體" w:hAnsi="微軟正黑體" w:cs="Times New Roman" w:hint="eastAsia"/>
          <w:color w:val="000000" w:themeColor="text1"/>
          <w:sz w:val="24"/>
          <w:szCs w:val="24"/>
          <w:lang w:eastAsia="zh-TW"/>
        </w:rPr>
        <w:t xml:space="preserve"> </w:t>
      </w:r>
      <w:r w:rsidRPr="00DF48FB">
        <w:rPr>
          <w:rFonts w:ascii="微軟正黑體" w:eastAsia="微軟正黑體" w:hAnsi="微軟正黑體" w:cs="Times New Roman"/>
          <w:color w:val="000000" w:themeColor="text1"/>
          <w:sz w:val="24"/>
          <w:szCs w:val="24"/>
        </w:rPr>
        <w:t>Purpose of Overseas Activity</w:t>
      </w:r>
    </w:p>
    <w:p w14:paraId="772355EC" w14:textId="6249EC07" w:rsidR="000920FD" w:rsidRPr="00DF48FB" w:rsidRDefault="00DB45A9" w:rsidP="003D7E97">
      <w:pPr>
        <w:pStyle w:val="ae"/>
        <w:numPr>
          <w:ilvl w:val="0"/>
          <w:numId w:val="13"/>
        </w:numPr>
        <w:spacing w:after="0"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rPr>
        <w:t>參加國際會議（Poster 發表） 論文題目________________</w:t>
      </w:r>
      <w:r w:rsidRPr="00DF48FB">
        <w:rPr>
          <w:rFonts w:ascii="微軟正黑體" w:eastAsia="微軟正黑體" w:hAnsi="微軟正黑體" w:cs="Times New Roman"/>
          <w:color w:val="000000" w:themeColor="text1"/>
        </w:rPr>
        <w:br/>
        <w:t xml:space="preserve">Attend an International Conference (Poster </w:t>
      </w:r>
      <w:r w:rsidR="004D4A25" w:rsidRPr="00DF48FB">
        <w:rPr>
          <w:rFonts w:ascii="微軟正黑體" w:eastAsia="微軟正黑體" w:hAnsi="微軟正黑體" w:cs="Times New Roman"/>
          <w:color w:val="000000" w:themeColor="text1"/>
        </w:rPr>
        <w:t>Presentation) Paper</w:t>
      </w:r>
      <w:r w:rsidRPr="00DF48FB">
        <w:rPr>
          <w:rFonts w:ascii="微軟正黑體" w:eastAsia="微軟正黑體" w:hAnsi="微軟正黑體" w:cs="Times New Roman"/>
          <w:color w:val="000000" w:themeColor="text1"/>
        </w:rPr>
        <w:t xml:space="preserve"> </w:t>
      </w:r>
      <w:r w:rsidR="004D4A25" w:rsidRPr="00DF48FB">
        <w:rPr>
          <w:rFonts w:ascii="微軟正黑體" w:eastAsia="微軟正黑體" w:hAnsi="微軟正黑體" w:cs="Times New Roman"/>
          <w:color w:val="000000" w:themeColor="text1"/>
        </w:rPr>
        <w:t>Title: _</w:t>
      </w:r>
      <w:r w:rsidRPr="00DF48FB">
        <w:rPr>
          <w:rFonts w:ascii="微軟正黑體" w:eastAsia="微軟正黑體" w:hAnsi="微軟正黑體" w:cs="Times New Roman"/>
          <w:color w:val="000000" w:themeColor="text1"/>
        </w:rPr>
        <w:t>_____________</w:t>
      </w:r>
    </w:p>
    <w:p w14:paraId="3D933431" w14:textId="576C2367" w:rsidR="000920FD" w:rsidRPr="00DF48FB" w:rsidRDefault="00DB45A9" w:rsidP="003D7E97">
      <w:pPr>
        <w:pStyle w:val="ae"/>
        <w:numPr>
          <w:ilvl w:val="0"/>
          <w:numId w:val="13"/>
        </w:numPr>
        <w:spacing w:after="0"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rPr>
        <w:t>參加國際會議（Oral 發表） 論文題目________________</w:t>
      </w:r>
      <w:r w:rsidRPr="00DF48FB">
        <w:rPr>
          <w:rFonts w:ascii="微軟正黑體" w:eastAsia="微軟正黑體" w:hAnsi="微軟正黑體" w:cs="Times New Roman"/>
          <w:color w:val="000000" w:themeColor="text1"/>
        </w:rPr>
        <w:br/>
        <w:t xml:space="preserve">Attend an International Conference (Oral </w:t>
      </w:r>
      <w:r w:rsidR="004D4A25" w:rsidRPr="00DF48FB">
        <w:rPr>
          <w:rFonts w:ascii="微軟正黑體" w:eastAsia="微軟正黑體" w:hAnsi="微軟正黑體" w:cs="Times New Roman"/>
          <w:color w:val="000000" w:themeColor="text1"/>
        </w:rPr>
        <w:t>Presentation) Paper</w:t>
      </w:r>
      <w:r w:rsidRPr="00DF48FB">
        <w:rPr>
          <w:rFonts w:ascii="微軟正黑體" w:eastAsia="微軟正黑體" w:hAnsi="微軟正黑體" w:cs="Times New Roman"/>
          <w:color w:val="000000" w:themeColor="text1"/>
        </w:rPr>
        <w:t xml:space="preserve"> Title: ________________</w:t>
      </w:r>
    </w:p>
    <w:p w14:paraId="538E7579" w14:textId="77777777" w:rsidR="003D7E97" w:rsidRPr="00DF48FB" w:rsidRDefault="00DB45A9" w:rsidP="003D7E97">
      <w:pPr>
        <w:pStyle w:val="ae"/>
        <w:numPr>
          <w:ilvl w:val="0"/>
          <w:numId w:val="13"/>
        </w:numPr>
        <w:spacing w:after="0"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rPr>
        <w:t>研究交流</w:t>
      </w:r>
      <w:r w:rsidR="00347F53" w:rsidRPr="00DF48FB">
        <w:rPr>
          <w:rFonts w:ascii="微軟正黑體" w:eastAsia="微軟正黑體" w:hAnsi="微軟正黑體" w:cs="Times New Roman"/>
          <w:color w:val="000000" w:themeColor="text1"/>
        </w:rPr>
        <w:t>Research Exchange</w:t>
      </w:r>
    </w:p>
    <w:p w14:paraId="67824C3D" w14:textId="20DDF04D" w:rsidR="00F05C9C" w:rsidRPr="00DF48FB" w:rsidRDefault="00DB45A9" w:rsidP="003D7E97">
      <w:pPr>
        <w:pStyle w:val="ae"/>
        <w:numPr>
          <w:ilvl w:val="0"/>
          <w:numId w:val="13"/>
        </w:numPr>
        <w:spacing w:after="0"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rPr>
        <w:t>其他</w:t>
      </w:r>
      <w:r w:rsidR="00347F53" w:rsidRPr="00DF48FB">
        <w:rPr>
          <w:rFonts w:ascii="微軟正黑體" w:eastAsia="微軟正黑體" w:hAnsi="微軟正黑體" w:cs="Times New Roman"/>
          <w:color w:val="000000" w:themeColor="text1"/>
        </w:rPr>
        <w:t>Other</w:t>
      </w:r>
      <w:r w:rsidRPr="00DF48FB">
        <w:rPr>
          <w:rFonts w:ascii="微軟正黑體" w:eastAsia="微軟正黑體" w:hAnsi="微軟正黑體" w:cs="Times New Roman"/>
          <w:color w:val="000000" w:themeColor="text1"/>
        </w:rPr>
        <w:t>：________________</w:t>
      </w:r>
      <w:r w:rsidRPr="00DF48FB">
        <w:rPr>
          <w:rFonts w:ascii="微軟正黑體" w:eastAsia="微軟正黑體" w:hAnsi="微軟正黑體" w:cs="Times New Roman"/>
          <w:color w:val="000000" w:themeColor="text1"/>
        </w:rPr>
        <w:br/>
      </w:r>
    </w:p>
    <w:tbl>
      <w:tblPr>
        <w:tblStyle w:val="aff2"/>
        <w:tblW w:w="0" w:type="auto"/>
        <w:tblLook w:val="04A0" w:firstRow="1" w:lastRow="0" w:firstColumn="1" w:lastColumn="0" w:noHBand="0" w:noVBand="1"/>
      </w:tblPr>
      <w:tblGrid>
        <w:gridCol w:w="3227"/>
        <w:gridCol w:w="6804"/>
      </w:tblGrid>
      <w:tr w:rsidR="00A11763" w:rsidRPr="00DF48FB" w14:paraId="3AB4287E" w14:textId="77777777" w:rsidTr="00FF7531">
        <w:tc>
          <w:tcPr>
            <w:tcW w:w="3227" w:type="dxa"/>
          </w:tcPr>
          <w:p w14:paraId="6495EC33" w14:textId="362D597F" w:rsidR="00F05C9C" w:rsidRPr="00DF48FB" w:rsidRDefault="00000000" w:rsidP="00683E01">
            <w:pPr>
              <w:spacing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lang w:eastAsia="zh-TW"/>
              </w:rPr>
              <w:t>區域</w:t>
            </w:r>
            <w:r w:rsidR="00284926" w:rsidRPr="00DF48FB">
              <w:rPr>
                <w:rFonts w:ascii="微軟正黑體" w:eastAsia="微軟正黑體" w:hAnsi="微軟正黑體" w:cs="Times New Roman" w:hint="eastAsia"/>
                <w:color w:val="000000" w:themeColor="text1"/>
                <w:lang w:eastAsia="zh-TW"/>
              </w:rPr>
              <w:t xml:space="preserve"> R</w:t>
            </w:r>
            <w:r w:rsidR="00284926" w:rsidRPr="00DF48FB">
              <w:rPr>
                <w:rFonts w:ascii="微軟正黑體" w:eastAsia="微軟正黑體" w:hAnsi="微軟正黑體" w:cs="Times New Roman"/>
                <w:color w:val="000000" w:themeColor="text1"/>
                <w:lang w:eastAsia="zh-TW"/>
              </w:rPr>
              <w:t>egion</w:t>
            </w:r>
          </w:p>
        </w:tc>
        <w:tc>
          <w:tcPr>
            <w:tcW w:w="6804" w:type="dxa"/>
          </w:tcPr>
          <w:p w14:paraId="1157768B" w14:textId="77777777" w:rsidR="007815A6" w:rsidRPr="00DF48FB" w:rsidRDefault="007815A6" w:rsidP="00683E01">
            <w:pPr>
              <w:spacing w:line="0" w:lineRule="atLeast"/>
              <w:rPr>
                <w:rFonts w:ascii="微軟正黑體" w:eastAsia="微軟正黑體" w:hAnsi="微軟正黑體" w:cs="Times New Roman"/>
                <w:color w:val="000000" w:themeColor="text1"/>
                <w:lang w:eastAsia="zh-TW"/>
              </w:rPr>
            </w:pPr>
            <w:r w:rsidRPr="00DF48FB">
              <w:rPr>
                <w:rFonts w:ascii="細明體" w:eastAsia="細明體" w:hAnsi="細明體" w:cs="Times New Roman" w:hint="eastAsia"/>
                <w:color w:val="000000" w:themeColor="text1"/>
                <w:lang w:eastAsia="zh-TW"/>
              </w:rPr>
              <w:t>□</w:t>
            </w:r>
            <w:r w:rsidR="00DB45A9" w:rsidRPr="00DF48FB">
              <w:rPr>
                <w:rFonts w:ascii="微軟正黑體" w:eastAsia="微軟正黑體" w:hAnsi="微軟正黑體" w:cs="Times New Roman"/>
                <w:color w:val="000000" w:themeColor="text1"/>
                <w:lang w:eastAsia="zh-TW"/>
              </w:rPr>
              <w:t>亞洲</w:t>
            </w:r>
            <w:r w:rsidRPr="00DF48FB">
              <w:rPr>
                <w:rFonts w:ascii="微軟正黑體" w:eastAsia="微軟正黑體" w:hAnsi="微軟正黑體" w:cs="Times New Roman"/>
                <w:color w:val="000000" w:themeColor="text1"/>
                <w:lang w:eastAsia="zh-TW"/>
              </w:rPr>
              <w:t>Asia</w:t>
            </w:r>
          </w:p>
          <w:p w14:paraId="2884A688" w14:textId="77777777" w:rsidR="007815A6" w:rsidRPr="00DF48FB" w:rsidRDefault="007815A6" w:rsidP="00683E01">
            <w:pPr>
              <w:spacing w:line="0" w:lineRule="atLeast"/>
              <w:rPr>
                <w:rFonts w:ascii="微軟正黑體" w:eastAsia="微軟正黑體" w:hAnsi="微軟正黑體" w:cs="Times New Roman"/>
                <w:color w:val="000000" w:themeColor="text1"/>
                <w:lang w:eastAsia="zh-TW"/>
              </w:rPr>
            </w:pPr>
            <w:r w:rsidRPr="00DF48FB">
              <w:rPr>
                <w:rFonts w:ascii="細明體" w:eastAsia="細明體" w:hAnsi="細明體" w:cs="Times New Roman" w:hint="eastAsia"/>
                <w:color w:val="000000" w:themeColor="text1"/>
                <w:lang w:eastAsia="zh-TW"/>
              </w:rPr>
              <w:t>□</w:t>
            </w:r>
            <w:r w:rsidR="00DB45A9" w:rsidRPr="00DF48FB">
              <w:rPr>
                <w:rFonts w:ascii="微軟正黑體" w:eastAsia="微軟正黑體" w:hAnsi="微軟正黑體" w:cs="Times New Roman"/>
                <w:color w:val="000000" w:themeColor="text1"/>
                <w:lang w:eastAsia="zh-TW"/>
              </w:rPr>
              <w:t>歐美澳</w:t>
            </w:r>
            <w:r w:rsidRPr="00DF48FB">
              <w:rPr>
                <w:rFonts w:ascii="微軟正黑體" w:eastAsia="微軟正黑體" w:hAnsi="微軟正黑體" w:cs="Times New Roman"/>
                <w:color w:val="000000" w:themeColor="text1"/>
                <w:lang w:eastAsia="zh-TW"/>
              </w:rPr>
              <w:t>Europe, America, Australia</w:t>
            </w:r>
          </w:p>
          <w:p w14:paraId="66934468" w14:textId="636B5ABB" w:rsidR="00F05C9C" w:rsidRPr="00DF48FB" w:rsidRDefault="007815A6" w:rsidP="00683E01">
            <w:pPr>
              <w:spacing w:line="0" w:lineRule="atLeast"/>
              <w:rPr>
                <w:rFonts w:ascii="微軟正黑體" w:eastAsia="微軟正黑體" w:hAnsi="微軟正黑體" w:cs="Times New Roman"/>
                <w:color w:val="000000" w:themeColor="text1"/>
                <w:lang w:eastAsia="zh-TW"/>
              </w:rPr>
            </w:pPr>
            <w:r w:rsidRPr="00DF48FB">
              <w:rPr>
                <w:rFonts w:ascii="細明體" w:eastAsia="細明體" w:hAnsi="細明體" w:cs="Times New Roman" w:hint="eastAsia"/>
                <w:color w:val="000000" w:themeColor="text1"/>
                <w:lang w:eastAsia="zh-TW"/>
              </w:rPr>
              <w:t>□</w:t>
            </w:r>
            <w:r w:rsidR="00DB45A9" w:rsidRPr="00DF48FB">
              <w:rPr>
                <w:rFonts w:ascii="微軟正黑體" w:eastAsia="微軟正黑體" w:hAnsi="微軟正黑體" w:cs="Times New Roman"/>
                <w:color w:val="000000" w:themeColor="text1"/>
                <w:lang w:eastAsia="zh-TW"/>
              </w:rPr>
              <w:t>其他</w:t>
            </w:r>
            <w:r w:rsidRPr="00DF48FB">
              <w:rPr>
                <w:rFonts w:ascii="微軟正黑體" w:eastAsia="微軟正黑體" w:hAnsi="微軟正黑體" w:cs="Times New Roman"/>
                <w:color w:val="000000" w:themeColor="text1"/>
              </w:rPr>
              <w:t>Other</w:t>
            </w:r>
            <w:r w:rsidR="00DB45A9" w:rsidRPr="00DF48FB">
              <w:rPr>
                <w:rFonts w:ascii="微軟正黑體" w:eastAsia="微軟正黑體" w:hAnsi="微軟正黑體" w:cs="Times New Roman"/>
                <w:color w:val="000000" w:themeColor="text1"/>
                <w:lang w:eastAsia="zh-TW"/>
              </w:rPr>
              <w:t>_________</w:t>
            </w:r>
          </w:p>
        </w:tc>
      </w:tr>
      <w:tr w:rsidR="00A11763" w:rsidRPr="00DF48FB" w14:paraId="5DF382E2" w14:textId="77777777" w:rsidTr="00FF7531">
        <w:tc>
          <w:tcPr>
            <w:tcW w:w="3227" w:type="dxa"/>
          </w:tcPr>
          <w:p w14:paraId="2C823407" w14:textId="42859E96" w:rsidR="00F05C9C" w:rsidRPr="00DF48FB" w:rsidRDefault="00000000" w:rsidP="00683E01">
            <w:pPr>
              <w:spacing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rPr>
              <w:t>國家</w:t>
            </w:r>
            <w:r w:rsidR="00284926" w:rsidRPr="00DF48FB">
              <w:rPr>
                <w:rFonts w:ascii="微軟正黑體" w:eastAsia="微軟正黑體" w:hAnsi="微軟正黑體" w:cs="Times New Roman"/>
                <w:color w:val="000000" w:themeColor="text1"/>
                <w:lang w:eastAsia="zh-TW"/>
              </w:rPr>
              <w:t>Country</w:t>
            </w:r>
          </w:p>
        </w:tc>
        <w:tc>
          <w:tcPr>
            <w:tcW w:w="6804" w:type="dxa"/>
          </w:tcPr>
          <w:p w14:paraId="1A12CA9C" w14:textId="77777777" w:rsidR="00F05C9C" w:rsidRPr="00DF48FB" w:rsidRDefault="00F05C9C" w:rsidP="00683E01">
            <w:pPr>
              <w:spacing w:line="0" w:lineRule="atLeast"/>
              <w:rPr>
                <w:rFonts w:ascii="微軟正黑體" w:eastAsia="微軟正黑體" w:hAnsi="微軟正黑體" w:cs="Times New Roman"/>
                <w:color w:val="000000" w:themeColor="text1"/>
              </w:rPr>
            </w:pPr>
          </w:p>
        </w:tc>
      </w:tr>
      <w:tr w:rsidR="00A11763" w:rsidRPr="00DF48FB" w14:paraId="3A3B7CD0" w14:textId="77777777" w:rsidTr="00FF7531">
        <w:tc>
          <w:tcPr>
            <w:tcW w:w="3227" w:type="dxa"/>
          </w:tcPr>
          <w:p w14:paraId="61F10B7D" w14:textId="7A1E07B8" w:rsidR="00F05C9C" w:rsidRPr="00DF48FB" w:rsidRDefault="00000000" w:rsidP="00683E01">
            <w:pPr>
              <w:spacing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rPr>
              <w:t>城市</w:t>
            </w:r>
            <w:r w:rsidR="00284926" w:rsidRPr="00DF48FB">
              <w:rPr>
                <w:rFonts w:ascii="微軟正黑體" w:eastAsia="微軟正黑體" w:hAnsi="微軟正黑體" w:cs="Times New Roman" w:hint="eastAsia"/>
                <w:color w:val="000000" w:themeColor="text1"/>
                <w:lang w:eastAsia="zh-TW"/>
              </w:rPr>
              <w:t xml:space="preserve"> City</w:t>
            </w:r>
          </w:p>
        </w:tc>
        <w:tc>
          <w:tcPr>
            <w:tcW w:w="6804" w:type="dxa"/>
          </w:tcPr>
          <w:p w14:paraId="7752B01F" w14:textId="77777777" w:rsidR="00F05C9C" w:rsidRPr="00DF48FB" w:rsidRDefault="00F05C9C" w:rsidP="00683E01">
            <w:pPr>
              <w:spacing w:line="0" w:lineRule="atLeast"/>
              <w:rPr>
                <w:rFonts w:ascii="微軟正黑體" w:eastAsia="微軟正黑體" w:hAnsi="微軟正黑體" w:cs="Times New Roman"/>
                <w:color w:val="000000" w:themeColor="text1"/>
              </w:rPr>
            </w:pPr>
          </w:p>
        </w:tc>
      </w:tr>
      <w:tr w:rsidR="00A11763" w:rsidRPr="00DF48FB" w14:paraId="6AAADFFE" w14:textId="77777777" w:rsidTr="00FF7531">
        <w:tc>
          <w:tcPr>
            <w:tcW w:w="3227" w:type="dxa"/>
          </w:tcPr>
          <w:p w14:paraId="1730129A" w14:textId="56E0A248" w:rsidR="00F05C9C" w:rsidRPr="00DF48FB" w:rsidRDefault="00000000" w:rsidP="00683E01">
            <w:pPr>
              <w:spacing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lang w:eastAsia="zh-TW"/>
              </w:rPr>
              <w:t>會議主辦單位或研究交流機構</w:t>
            </w:r>
            <w:r w:rsidR="00C8796A" w:rsidRPr="00C8796A">
              <w:rPr>
                <w:rFonts w:ascii="微軟正黑體" w:eastAsia="微軟正黑體" w:hAnsi="微軟正黑體" w:cs="Times New Roman"/>
                <w:color w:val="000000" w:themeColor="text1"/>
                <w:lang w:eastAsia="zh-TW"/>
              </w:rPr>
              <w:t>Host Organization / Institution</w:t>
            </w:r>
          </w:p>
        </w:tc>
        <w:tc>
          <w:tcPr>
            <w:tcW w:w="6804" w:type="dxa"/>
          </w:tcPr>
          <w:p w14:paraId="2A466C06" w14:textId="77777777" w:rsidR="00F05C9C" w:rsidRPr="00DF48FB" w:rsidRDefault="00F05C9C" w:rsidP="00683E01">
            <w:pPr>
              <w:spacing w:line="0" w:lineRule="atLeast"/>
              <w:rPr>
                <w:rFonts w:ascii="微軟正黑體" w:eastAsia="微軟正黑體" w:hAnsi="微軟正黑體" w:cs="Times New Roman"/>
                <w:color w:val="000000" w:themeColor="text1"/>
                <w:lang w:eastAsia="zh-TW"/>
              </w:rPr>
            </w:pPr>
          </w:p>
        </w:tc>
      </w:tr>
      <w:tr w:rsidR="00A11763" w:rsidRPr="00DF48FB" w14:paraId="2309E3DE" w14:textId="77777777" w:rsidTr="00FF7531">
        <w:tc>
          <w:tcPr>
            <w:tcW w:w="3227" w:type="dxa"/>
          </w:tcPr>
          <w:p w14:paraId="6F32F7E5" w14:textId="77777777" w:rsidR="00F05C9C" w:rsidRPr="00DF48FB" w:rsidRDefault="00284926" w:rsidP="00683E01">
            <w:pPr>
              <w:spacing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hint="eastAsia"/>
                <w:color w:val="000000" w:themeColor="text1"/>
                <w:lang w:eastAsia="zh-TW"/>
              </w:rPr>
              <w:t>國際會議名稱或研究交流主題</w:t>
            </w:r>
          </w:p>
          <w:p w14:paraId="38600DDB" w14:textId="4571CB5C" w:rsidR="00284926" w:rsidRPr="00DF48FB" w:rsidRDefault="00284926" w:rsidP="00683E01">
            <w:pPr>
              <w:spacing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hint="eastAsia"/>
                <w:color w:val="000000" w:themeColor="text1"/>
                <w:lang w:eastAsia="zh-TW"/>
              </w:rPr>
              <w:t>C</w:t>
            </w:r>
            <w:r w:rsidRPr="00DF48FB">
              <w:rPr>
                <w:rFonts w:ascii="微軟正黑體" w:eastAsia="微軟正黑體" w:hAnsi="微軟正黑體" w:cs="Times New Roman"/>
                <w:color w:val="000000" w:themeColor="text1"/>
                <w:lang w:eastAsia="zh-TW"/>
              </w:rPr>
              <w:t>onference name or research topic</w:t>
            </w:r>
          </w:p>
        </w:tc>
        <w:tc>
          <w:tcPr>
            <w:tcW w:w="6804" w:type="dxa"/>
          </w:tcPr>
          <w:p w14:paraId="58006AB1" w14:textId="77777777" w:rsidR="00F05C9C" w:rsidRPr="00DF48FB" w:rsidRDefault="00F05C9C" w:rsidP="00683E01">
            <w:pPr>
              <w:spacing w:line="0" w:lineRule="atLeast"/>
              <w:rPr>
                <w:rFonts w:ascii="微軟正黑體" w:eastAsia="微軟正黑體" w:hAnsi="微軟正黑體" w:cs="Times New Roman"/>
                <w:color w:val="000000" w:themeColor="text1"/>
              </w:rPr>
            </w:pPr>
          </w:p>
        </w:tc>
      </w:tr>
      <w:tr w:rsidR="00A11763" w:rsidRPr="00DF48FB" w14:paraId="1D91FAF8" w14:textId="77777777" w:rsidTr="00FF7531">
        <w:tc>
          <w:tcPr>
            <w:tcW w:w="3227" w:type="dxa"/>
          </w:tcPr>
          <w:p w14:paraId="229D5EBB" w14:textId="77777777" w:rsidR="006512B9" w:rsidRPr="00DF48FB" w:rsidRDefault="006512B9" w:rsidP="006512B9">
            <w:pPr>
              <w:spacing w:line="0" w:lineRule="atLeast"/>
              <w:rPr>
                <w:rFonts w:ascii="微軟正黑體" w:eastAsia="微軟正黑體" w:hAnsi="微軟正黑體" w:cs="Times New Roman"/>
                <w:color w:val="000000" w:themeColor="text1"/>
              </w:rPr>
            </w:pPr>
            <w:r w:rsidRPr="00DF48FB">
              <w:rPr>
                <w:rFonts w:ascii="微軟正黑體" w:eastAsia="微軟正黑體" w:hAnsi="微軟正黑體" w:cs="Times New Roman" w:hint="eastAsia"/>
                <w:color w:val="000000" w:themeColor="text1"/>
              </w:rPr>
              <w:t>出國時間</w:t>
            </w:r>
          </w:p>
          <w:p w14:paraId="4D776DC6" w14:textId="0A47E9E7" w:rsidR="00F05C9C" w:rsidRPr="00DF48FB" w:rsidRDefault="006512B9" w:rsidP="006512B9">
            <w:pPr>
              <w:spacing w:line="0" w:lineRule="atLeast"/>
              <w:rPr>
                <w:rFonts w:ascii="微軟正黑體" w:eastAsia="微軟正黑體" w:hAnsi="微軟正黑體" w:cs="Times New Roman"/>
                <w:color w:val="000000" w:themeColor="text1"/>
              </w:rPr>
            </w:pPr>
            <w:r w:rsidRPr="00DF48FB">
              <w:rPr>
                <w:rFonts w:ascii="微軟正黑體" w:eastAsia="微軟正黑體" w:hAnsi="微軟正黑體" w:cs="Times New Roman"/>
                <w:color w:val="000000" w:themeColor="text1"/>
              </w:rPr>
              <w:t>Duration of stay overseas</w:t>
            </w:r>
          </w:p>
        </w:tc>
        <w:tc>
          <w:tcPr>
            <w:tcW w:w="6804" w:type="dxa"/>
          </w:tcPr>
          <w:p w14:paraId="1E468331" w14:textId="6D645D98" w:rsidR="006512B9" w:rsidRPr="00DF48FB" w:rsidRDefault="006512B9" w:rsidP="006512B9">
            <w:pPr>
              <w:spacing w:line="0" w:lineRule="atLeast"/>
              <w:rPr>
                <w:rFonts w:ascii="微軟正黑體" w:eastAsia="微軟正黑體" w:hAnsi="微軟正黑體" w:cs="Times New Roman"/>
                <w:color w:val="000000" w:themeColor="text1"/>
              </w:rPr>
            </w:pPr>
            <w:r w:rsidRPr="00DF48FB">
              <w:rPr>
                <w:rFonts w:ascii="微軟正黑體" w:eastAsia="微軟正黑體" w:hAnsi="微軟正黑體" w:cs="Times New Roman" w:hint="eastAsia"/>
                <w:color w:val="000000" w:themeColor="text1"/>
              </w:rPr>
              <w:t xml:space="preserve">自   </w:t>
            </w:r>
            <w:r w:rsidRPr="00DF48FB">
              <w:rPr>
                <w:rFonts w:ascii="微軟正黑體" w:eastAsia="微軟正黑體" w:hAnsi="微軟正黑體" w:cs="Times New Roman" w:hint="eastAsia"/>
                <w:color w:val="000000" w:themeColor="text1"/>
                <w:lang w:eastAsia="zh-TW"/>
              </w:rPr>
              <w:t xml:space="preserve">    </w:t>
            </w:r>
            <w:r w:rsidRPr="00DF48FB">
              <w:rPr>
                <w:rFonts w:ascii="微軟正黑體" w:eastAsia="微軟正黑體" w:hAnsi="微軟正黑體" w:cs="Times New Roman" w:hint="eastAsia"/>
                <w:color w:val="000000" w:themeColor="text1"/>
              </w:rPr>
              <w:t>年</w:t>
            </w:r>
            <w:r w:rsidRPr="00DF48FB">
              <w:rPr>
                <w:rFonts w:ascii="微軟正黑體" w:eastAsia="微軟正黑體" w:hAnsi="微軟正黑體" w:cs="Times New Roman" w:hint="eastAsia"/>
                <w:color w:val="000000" w:themeColor="text1"/>
                <w:lang w:eastAsia="zh-TW"/>
              </w:rPr>
              <w:t xml:space="preserve">    </w:t>
            </w:r>
            <w:r w:rsidRPr="00DF48FB">
              <w:rPr>
                <w:rFonts w:ascii="微軟正黑體" w:eastAsia="微軟正黑體" w:hAnsi="微軟正黑體" w:cs="Times New Roman" w:hint="eastAsia"/>
                <w:color w:val="000000" w:themeColor="text1"/>
              </w:rPr>
              <w:t xml:space="preserve">   月 </w:t>
            </w:r>
            <w:r w:rsidRPr="00DF48FB">
              <w:rPr>
                <w:rFonts w:ascii="微軟正黑體" w:eastAsia="微軟正黑體" w:hAnsi="微軟正黑體" w:cs="Times New Roman" w:hint="eastAsia"/>
                <w:color w:val="000000" w:themeColor="text1"/>
                <w:lang w:eastAsia="zh-TW"/>
              </w:rPr>
              <w:t xml:space="preserve">    </w:t>
            </w:r>
            <w:r w:rsidRPr="00DF48FB">
              <w:rPr>
                <w:rFonts w:ascii="微軟正黑體" w:eastAsia="微軟正黑體" w:hAnsi="微軟正黑體" w:cs="Times New Roman" w:hint="eastAsia"/>
                <w:color w:val="000000" w:themeColor="text1"/>
              </w:rPr>
              <w:t xml:space="preserve">  日至</w:t>
            </w:r>
            <w:r w:rsidRPr="00DF48FB">
              <w:rPr>
                <w:rFonts w:ascii="微軟正黑體" w:eastAsia="微軟正黑體" w:hAnsi="微軟正黑體" w:cs="Times New Roman" w:hint="eastAsia"/>
                <w:color w:val="000000" w:themeColor="text1"/>
                <w:lang w:eastAsia="zh-TW"/>
              </w:rPr>
              <w:t xml:space="preserve">    </w:t>
            </w:r>
            <w:r w:rsidRPr="00DF48FB">
              <w:rPr>
                <w:rFonts w:ascii="微軟正黑體" w:eastAsia="微軟正黑體" w:hAnsi="微軟正黑體" w:cs="Times New Roman" w:hint="eastAsia"/>
                <w:color w:val="000000" w:themeColor="text1"/>
              </w:rPr>
              <w:t xml:space="preserve">   年</w:t>
            </w:r>
            <w:r w:rsidRPr="00DF48FB">
              <w:rPr>
                <w:rFonts w:ascii="微軟正黑體" w:eastAsia="微軟正黑體" w:hAnsi="微軟正黑體" w:cs="Times New Roman" w:hint="eastAsia"/>
                <w:color w:val="000000" w:themeColor="text1"/>
                <w:lang w:eastAsia="zh-TW"/>
              </w:rPr>
              <w:t xml:space="preserve">    </w:t>
            </w:r>
            <w:r w:rsidRPr="00DF48FB">
              <w:rPr>
                <w:rFonts w:ascii="微軟正黑體" w:eastAsia="微軟正黑體" w:hAnsi="微軟正黑體" w:cs="Times New Roman" w:hint="eastAsia"/>
                <w:color w:val="000000" w:themeColor="text1"/>
              </w:rPr>
              <w:t xml:space="preserve">   月</w:t>
            </w:r>
            <w:r w:rsidRPr="00DF48FB">
              <w:rPr>
                <w:rFonts w:ascii="微軟正黑體" w:eastAsia="微軟正黑體" w:hAnsi="微軟正黑體" w:cs="Times New Roman" w:hint="eastAsia"/>
                <w:color w:val="000000" w:themeColor="text1"/>
                <w:lang w:eastAsia="zh-TW"/>
              </w:rPr>
              <w:t xml:space="preserve">    </w:t>
            </w:r>
            <w:r w:rsidRPr="00DF48FB">
              <w:rPr>
                <w:rFonts w:ascii="微軟正黑體" w:eastAsia="微軟正黑體" w:hAnsi="微軟正黑體" w:cs="Times New Roman" w:hint="eastAsia"/>
                <w:color w:val="000000" w:themeColor="text1"/>
              </w:rPr>
              <w:t xml:space="preserve">   日</w:t>
            </w:r>
          </w:p>
          <w:p w14:paraId="79BB329F" w14:textId="1999604A" w:rsidR="00F05C9C" w:rsidRPr="00DF48FB" w:rsidRDefault="006512B9" w:rsidP="00726297">
            <w:pPr>
              <w:spacing w:line="0" w:lineRule="atLeast"/>
              <w:rPr>
                <w:rFonts w:ascii="微軟正黑體" w:eastAsia="微軟正黑體" w:hAnsi="微軟正黑體" w:cs="Times New Roman"/>
                <w:color w:val="000000" w:themeColor="text1"/>
              </w:rPr>
            </w:pPr>
            <w:r w:rsidRPr="00DF48FB">
              <w:rPr>
                <w:rFonts w:ascii="微軟正黑體" w:eastAsia="微軟正黑體" w:hAnsi="微軟正黑體" w:cs="Times New Roman"/>
                <w:color w:val="000000" w:themeColor="text1"/>
              </w:rPr>
              <w:t>From ____Y</w:t>
            </w:r>
            <w:r w:rsidRPr="00DF48FB">
              <w:rPr>
                <w:rFonts w:ascii="微軟正黑體" w:eastAsia="微軟正黑體" w:hAnsi="微軟正黑體" w:cs="Times New Roman" w:hint="eastAsia"/>
                <w:color w:val="000000" w:themeColor="text1"/>
                <w:lang w:eastAsia="zh-TW"/>
              </w:rPr>
              <w:t>YYY</w:t>
            </w:r>
            <w:r w:rsidRPr="00DF48FB">
              <w:rPr>
                <w:rFonts w:ascii="微軟正黑體" w:eastAsia="微軟正黑體" w:hAnsi="微軟正黑體" w:cs="Times New Roman"/>
                <w:color w:val="000000" w:themeColor="text1"/>
              </w:rPr>
              <w:t xml:space="preserve"> ___ M</w:t>
            </w:r>
            <w:r w:rsidRPr="00DF48FB">
              <w:rPr>
                <w:rFonts w:ascii="微軟正黑體" w:eastAsia="微軟正黑體" w:hAnsi="微軟正黑體" w:cs="Times New Roman" w:hint="eastAsia"/>
                <w:color w:val="000000" w:themeColor="text1"/>
                <w:lang w:eastAsia="zh-TW"/>
              </w:rPr>
              <w:t>M</w:t>
            </w:r>
            <w:r w:rsidRPr="00DF48FB">
              <w:rPr>
                <w:rFonts w:ascii="微軟正黑體" w:eastAsia="微軟正黑體" w:hAnsi="微軟正黑體" w:cs="Times New Roman"/>
                <w:color w:val="000000" w:themeColor="text1"/>
              </w:rPr>
              <w:t xml:space="preserve"> ___ D</w:t>
            </w:r>
            <w:r w:rsidRPr="00DF48FB">
              <w:rPr>
                <w:rFonts w:ascii="微軟正黑體" w:eastAsia="微軟正黑體" w:hAnsi="微軟正黑體" w:cs="Times New Roman" w:hint="eastAsia"/>
                <w:color w:val="000000" w:themeColor="text1"/>
                <w:lang w:eastAsia="zh-TW"/>
              </w:rPr>
              <w:t>D</w:t>
            </w:r>
            <w:r w:rsidRPr="00DF48FB">
              <w:rPr>
                <w:rFonts w:ascii="微軟正黑體" w:eastAsia="微軟正黑體" w:hAnsi="微軟正黑體" w:cs="Times New Roman"/>
                <w:color w:val="000000" w:themeColor="text1"/>
              </w:rPr>
              <w:t xml:space="preserve"> Until ____Y</w:t>
            </w:r>
            <w:r w:rsidRPr="00DF48FB">
              <w:rPr>
                <w:rFonts w:ascii="微軟正黑體" w:eastAsia="微軟正黑體" w:hAnsi="微軟正黑體" w:cs="Times New Roman" w:hint="eastAsia"/>
                <w:color w:val="000000" w:themeColor="text1"/>
                <w:lang w:eastAsia="zh-TW"/>
              </w:rPr>
              <w:t>YYY</w:t>
            </w:r>
            <w:r w:rsidRPr="00DF48FB">
              <w:rPr>
                <w:rFonts w:ascii="微軟正黑體" w:eastAsia="微軟正黑體" w:hAnsi="微軟正黑體" w:cs="Times New Roman"/>
                <w:color w:val="000000" w:themeColor="text1"/>
              </w:rPr>
              <w:t xml:space="preserve"> ___ M</w:t>
            </w:r>
            <w:r w:rsidRPr="00DF48FB">
              <w:rPr>
                <w:rFonts w:ascii="微軟正黑體" w:eastAsia="微軟正黑體" w:hAnsi="微軟正黑體" w:cs="Times New Roman" w:hint="eastAsia"/>
                <w:color w:val="000000" w:themeColor="text1"/>
                <w:lang w:eastAsia="zh-TW"/>
              </w:rPr>
              <w:t>M</w:t>
            </w:r>
            <w:r w:rsidRPr="00DF48FB">
              <w:rPr>
                <w:rFonts w:ascii="微軟正黑體" w:eastAsia="微軟正黑體" w:hAnsi="微軟正黑體" w:cs="Times New Roman"/>
                <w:color w:val="000000" w:themeColor="text1"/>
              </w:rPr>
              <w:t xml:space="preserve"> ___ D</w:t>
            </w:r>
            <w:r w:rsidRPr="00DF48FB">
              <w:rPr>
                <w:rFonts w:ascii="微軟正黑體" w:eastAsia="微軟正黑體" w:hAnsi="微軟正黑體" w:cs="Times New Roman" w:hint="eastAsia"/>
                <w:color w:val="000000" w:themeColor="text1"/>
                <w:lang w:eastAsia="zh-TW"/>
              </w:rPr>
              <w:t>D</w:t>
            </w:r>
          </w:p>
        </w:tc>
      </w:tr>
      <w:tr w:rsidR="00726297" w:rsidRPr="00DF48FB" w14:paraId="029F87BD" w14:textId="77777777" w:rsidTr="00FF7531">
        <w:tc>
          <w:tcPr>
            <w:tcW w:w="3227" w:type="dxa"/>
          </w:tcPr>
          <w:p w14:paraId="41524EDF" w14:textId="77777777" w:rsidR="00726297" w:rsidRPr="00726297" w:rsidRDefault="00726297" w:rsidP="00726297">
            <w:pPr>
              <w:spacing w:line="0" w:lineRule="atLeast"/>
              <w:rPr>
                <w:rFonts w:ascii="微軟正黑體" w:eastAsia="微軟正黑體" w:hAnsi="微軟正黑體" w:cs="Times New Roman"/>
                <w:color w:val="000000" w:themeColor="text1"/>
              </w:rPr>
            </w:pPr>
            <w:r w:rsidRPr="00726297">
              <w:rPr>
                <w:rFonts w:ascii="微軟正黑體" w:eastAsia="微軟正黑體" w:hAnsi="微軟正黑體" w:cs="Times New Roman" w:hint="eastAsia"/>
                <w:color w:val="000000" w:themeColor="text1"/>
              </w:rPr>
              <w:t>會議時間</w:t>
            </w:r>
          </w:p>
          <w:p w14:paraId="2126F98A" w14:textId="721B26EA" w:rsidR="00726297" w:rsidRPr="00DF48FB" w:rsidRDefault="00FF7531" w:rsidP="00726297">
            <w:pPr>
              <w:spacing w:line="0" w:lineRule="atLeast"/>
              <w:rPr>
                <w:rFonts w:ascii="微軟正黑體" w:eastAsia="微軟正黑體" w:hAnsi="微軟正黑體" w:cs="Times New Roman"/>
                <w:color w:val="000000" w:themeColor="text1"/>
              </w:rPr>
            </w:pPr>
            <w:r>
              <w:rPr>
                <w:rFonts w:ascii="微軟正黑體" w:eastAsia="微軟正黑體" w:hAnsi="微軟正黑體" w:cs="Times New Roman" w:hint="eastAsia"/>
                <w:color w:val="000000" w:themeColor="text1"/>
                <w:lang w:eastAsia="zh-TW"/>
              </w:rPr>
              <w:t>D</w:t>
            </w:r>
            <w:r w:rsidR="00726297" w:rsidRPr="00726297">
              <w:rPr>
                <w:rFonts w:ascii="微軟正黑體" w:eastAsia="微軟正黑體" w:hAnsi="微軟正黑體" w:cs="Times New Roman"/>
                <w:color w:val="000000" w:themeColor="text1"/>
              </w:rPr>
              <w:t>uration of conference</w:t>
            </w:r>
          </w:p>
        </w:tc>
        <w:tc>
          <w:tcPr>
            <w:tcW w:w="6804" w:type="dxa"/>
          </w:tcPr>
          <w:p w14:paraId="7C6923FA" w14:textId="77777777" w:rsidR="00726297" w:rsidRPr="00726297" w:rsidRDefault="00726297" w:rsidP="00726297">
            <w:pPr>
              <w:spacing w:line="0" w:lineRule="atLeast"/>
              <w:rPr>
                <w:rFonts w:ascii="微軟正黑體" w:eastAsia="微軟正黑體" w:hAnsi="微軟正黑體" w:cs="Times New Roman"/>
                <w:color w:val="000000" w:themeColor="text1"/>
              </w:rPr>
            </w:pPr>
            <w:r w:rsidRPr="00726297">
              <w:rPr>
                <w:rFonts w:ascii="微軟正黑體" w:eastAsia="微軟正黑體" w:hAnsi="微軟正黑體" w:cs="Times New Roman" w:hint="eastAsia"/>
                <w:color w:val="000000" w:themeColor="text1"/>
              </w:rPr>
              <w:t>自       年       月       日至       年       月       日</w:t>
            </w:r>
          </w:p>
          <w:p w14:paraId="6F3FEE22" w14:textId="689620E8" w:rsidR="00726297" w:rsidRPr="00DF48FB" w:rsidRDefault="00726297" w:rsidP="00726297">
            <w:pPr>
              <w:spacing w:line="0" w:lineRule="atLeast"/>
              <w:rPr>
                <w:rFonts w:ascii="微軟正黑體" w:eastAsia="微軟正黑體" w:hAnsi="微軟正黑體" w:cs="Times New Roman"/>
                <w:color w:val="000000" w:themeColor="text1"/>
              </w:rPr>
            </w:pPr>
            <w:r w:rsidRPr="00726297">
              <w:rPr>
                <w:rFonts w:ascii="微軟正黑體" w:eastAsia="微軟正黑體" w:hAnsi="微軟正黑體" w:cs="Times New Roman"/>
                <w:color w:val="000000" w:themeColor="text1"/>
              </w:rPr>
              <w:t>From ____YYYY ___ MM ___ DD Until ____YYYY ___ MM ___ DD</w:t>
            </w:r>
          </w:p>
        </w:tc>
      </w:tr>
    </w:tbl>
    <w:p w14:paraId="0455C3A7" w14:textId="42172153" w:rsidR="00F05C9C" w:rsidRPr="00DF48FB" w:rsidRDefault="00000000" w:rsidP="006A3120">
      <w:pPr>
        <w:pStyle w:val="21"/>
        <w:numPr>
          <w:ilvl w:val="0"/>
          <w:numId w:val="12"/>
        </w:numPr>
        <w:spacing w:before="0" w:line="0" w:lineRule="atLeast"/>
        <w:rPr>
          <w:rFonts w:ascii="微軟正黑體" w:eastAsia="微軟正黑體" w:hAnsi="微軟正黑體" w:cs="Times New Roman"/>
          <w:color w:val="000000" w:themeColor="text1"/>
          <w:sz w:val="24"/>
          <w:szCs w:val="24"/>
        </w:rPr>
      </w:pPr>
      <w:r w:rsidRPr="00DF48FB">
        <w:rPr>
          <w:rFonts w:ascii="微軟正黑體" w:eastAsia="微軟正黑體" w:hAnsi="微軟正黑體" w:cs="Times New Roman"/>
          <w:color w:val="000000" w:themeColor="text1"/>
          <w:sz w:val="24"/>
          <w:szCs w:val="24"/>
        </w:rPr>
        <w:lastRenderedPageBreak/>
        <w:t>經費申請 Funding Application</w:t>
      </w:r>
    </w:p>
    <w:tbl>
      <w:tblPr>
        <w:tblStyle w:val="aff2"/>
        <w:tblW w:w="0" w:type="auto"/>
        <w:tblLook w:val="04A0" w:firstRow="1" w:lastRow="0" w:firstColumn="1" w:lastColumn="0" w:noHBand="0" w:noVBand="1"/>
      </w:tblPr>
      <w:tblGrid>
        <w:gridCol w:w="4077"/>
        <w:gridCol w:w="1212"/>
        <w:gridCol w:w="3899"/>
      </w:tblGrid>
      <w:tr w:rsidR="00A11763" w:rsidRPr="00DF48FB" w14:paraId="23C9EB0E" w14:textId="77777777" w:rsidTr="00405FF9">
        <w:trPr>
          <w:trHeight w:val="1981"/>
        </w:trPr>
        <w:tc>
          <w:tcPr>
            <w:tcW w:w="4077" w:type="dxa"/>
          </w:tcPr>
          <w:p w14:paraId="18A222ED" w14:textId="77777777" w:rsidR="00DD266B" w:rsidRPr="00DF48FB" w:rsidRDefault="00DD266B" w:rsidP="00683E01">
            <w:pPr>
              <w:spacing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lang w:eastAsia="zh-TW"/>
              </w:rPr>
              <w:t>邀請單位是否已補助費用</w:t>
            </w:r>
          </w:p>
          <w:p w14:paraId="2E7214CD" w14:textId="269DD730" w:rsidR="00D65914" w:rsidRPr="00DF48FB" w:rsidRDefault="00D65914" w:rsidP="00683E01">
            <w:pPr>
              <w:spacing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lang w:eastAsia="zh-TW"/>
              </w:rPr>
              <w:t>Has the inviting department already provided financial aid?</w:t>
            </w:r>
          </w:p>
        </w:tc>
        <w:tc>
          <w:tcPr>
            <w:tcW w:w="5111" w:type="dxa"/>
            <w:gridSpan w:val="2"/>
          </w:tcPr>
          <w:p w14:paraId="3018C51F" w14:textId="6F9F5647" w:rsidR="00DD266B" w:rsidRPr="00DF48FB" w:rsidRDefault="00D65914" w:rsidP="00D65914">
            <w:pPr>
              <w:spacing w:line="0" w:lineRule="atLeast"/>
              <w:rPr>
                <w:rFonts w:ascii="微軟正黑體" w:eastAsia="微軟正黑體" w:hAnsi="微軟正黑體" w:cs="Times New Roman"/>
                <w:color w:val="000000" w:themeColor="text1"/>
                <w:lang w:eastAsia="zh-TW"/>
              </w:rPr>
            </w:pPr>
            <w:r w:rsidRPr="00DF48FB">
              <w:rPr>
                <w:rFonts w:ascii="細明體" w:eastAsia="細明體" w:hAnsi="細明體" w:cs="Times New Roman" w:hint="eastAsia"/>
                <w:color w:val="000000" w:themeColor="text1"/>
                <w:lang w:eastAsia="zh-TW"/>
              </w:rPr>
              <w:t>□</w:t>
            </w:r>
            <w:r w:rsidR="00DD266B" w:rsidRPr="00DF48FB">
              <w:rPr>
                <w:rFonts w:ascii="微軟正黑體" w:eastAsia="微軟正黑體" w:hAnsi="微軟正黑體" w:cs="Times New Roman"/>
                <w:color w:val="000000" w:themeColor="text1"/>
                <w:lang w:eastAsia="zh-TW"/>
              </w:rPr>
              <w:t>否No</w:t>
            </w:r>
          </w:p>
          <w:p w14:paraId="6C84457C" w14:textId="256801E0" w:rsidR="00D65914" w:rsidRPr="00DF48FB" w:rsidRDefault="00D65914" w:rsidP="00683E01">
            <w:pPr>
              <w:spacing w:line="0" w:lineRule="atLeast"/>
              <w:rPr>
                <w:rFonts w:ascii="微軟正黑體" w:eastAsia="微軟正黑體" w:hAnsi="微軟正黑體" w:cs="Times New Roman"/>
                <w:color w:val="000000" w:themeColor="text1"/>
                <w:lang w:eastAsia="zh-TW"/>
              </w:rPr>
            </w:pPr>
            <w:r w:rsidRPr="00DF48FB">
              <w:rPr>
                <w:rFonts w:ascii="細明體" w:eastAsia="細明體" w:hAnsi="細明體" w:cs="Times New Roman" w:hint="eastAsia"/>
                <w:color w:val="000000" w:themeColor="text1"/>
                <w:lang w:eastAsia="zh-TW"/>
              </w:rPr>
              <w:t>□</w:t>
            </w:r>
            <w:r w:rsidR="00DD266B" w:rsidRPr="00DF48FB">
              <w:rPr>
                <w:rFonts w:ascii="微軟正黑體" w:eastAsia="微軟正黑體" w:hAnsi="微軟正黑體" w:cs="Times New Roman"/>
                <w:color w:val="000000" w:themeColor="text1"/>
                <w:lang w:eastAsia="zh-TW"/>
              </w:rPr>
              <w:t xml:space="preserve">是 </w:t>
            </w:r>
            <w:r w:rsidRPr="00DF48FB">
              <w:rPr>
                <w:rFonts w:ascii="微軟正黑體" w:eastAsia="微軟正黑體" w:hAnsi="微軟正黑體" w:cs="Times New Roman"/>
                <w:color w:val="000000" w:themeColor="text1"/>
                <w:lang w:eastAsia="zh-TW"/>
              </w:rPr>
              <w:t>Yes</w:t>
            </w:r>
          </w:p>
          <w:p w14:paraId="79CF4A22" w14:textId="0DAB22E3" w:rsidR="00D65914" w:rsidRPr="00DF48FB" w:rsidRDefault="00D65914" w:rsidP="00EB3626">
            <w:pPr>
              <w:spacing w:line="0" w:lineRule="atLeast"/>
              <w:ind w:leftChars="200" w:left="440"/>
              <w:rPr>
                <w:rFonts w:ascii="微軟正黑體" w:eastAsia="微軟正黑體" w:hAnsi="微軟正黑體" w:cs="Times New Roman"/>
                <w:color w:val="000000" w:themeColor="text1"/>
                <w:lang w:eastAsia="zh-TW"/>
              </w:rPr>
            </w:pPr>
            <w:r w:rsidRPr="00DF48FB">
              <w:rPr>
                <w:rFonts w:ascii="細明體" w:eastAsia="細明體" w:hAnsi="細明體" w:cs="Times New Roman" w:hint="eastAsia"/>
                <w:color w:val="000000" w:themeColor="text1"/>
                <w:lang w:eastAsia="zh-TW"/>
              </w:rPr>
              <w:t>□</w:t>
            </w:r>
            <w:r w:rsidR="00DD266B" w:rsidRPr="00DF48FB">
              <w:rPr>
                <w:rFonts w:ascii="微軟正黑體" w:eastAsia="微軟正黑體" w:hAnsi="微軟正黑體" w:cs="Times New Roman"/>
                <w:color w:val="000000" w:themeColor="text1"/>
                <w:lang w:eastAsia="zh-TW"/>
              </w:rPr>
              <w:t>機票費</w:t>
            </w:r>
            <w:r w:rsidRPr="00DF48FB">
              <w:rPr>
                <w:rFonts w:ascii="微軟正黑體" w:eastAsia="微軟正黑體" w:hAnsi="微軟正黑體" w:cs="Times New Roman"/>
                <w:color w:val="000000" w:themeColor="text1"/>
                <w:lang w:eastAsia="zh-TW"/>
              </w:rPr>
              <w:t xml:space="preserve">Air fare </w:t>
            </w:r>
            <w:r w:rsidR="00DD266B" w:rsidRPr="00DF48FB">
              <w:rPr>
                <w:rFonts w:ascii="微軟正黑體" w:eastAsia="微軟正黑體" w:hAnsi="微軟正黑體" w:cs="Times New Roman"/>
                <w:color w:val="000000" w:themeColor="text1"/>
                <w:lang w:eastAsia="zh-TW"/>
              </w:rPr>
              <w:t>__________元</w:t>
            </w:r>
            <w:r w:rsidRPr="00DF48FB">
              <w:rPr>
                <w:rFonts w:ascii="微軟正黑體" w:eastAsia="微軟正黑體" w:hAnsi="微軟正黑體" w:cs="Times New Roman"/>
                <w:color w:val="000000" w:themeColor="text1"/>
                <w:lang w:eastAsia="zh-TW"/>
              </w:rPr>
              <w:t>NTD</w:t>
            </w:r>
          </w:p>
          <w:p w14:paraId="040C86E3" w14:textId="79662977" w:rsidR="00D65914" w:rsidRPr="00DF48FB" w:rsidRDefault="00D65914" w:rsidP="00EB3626">
            <w:pPr>
              <w:spacing w:line="0" w:lineRule="atLeast"/>
              <w:ind w:leftChars="200" w:left="440"/>
              <w:rPr>
                <w:rFonts w:ascii="微軟正黑體" w:eastAsia="微軟正黑體" w:hAnsi="微軟正黑體" w:cs="Times New Roman"/>
                <w:color w:val="000000" w:themeColor="text1"/>
                <w:lang w:eastAsia="zh-TW"/>
              </w:rPr>
            </w:pPr>
            <w:r w:rsidRPr="00DF48FB">
              <w:rPr>
                <w:rFonts w:ascii="細明體" w:eastAsia="細明體" w:hAnsi="細明體" w:cs="Times New Roman" w:hint="eastAsia"/>
                <w:color w:val="000000" w:themeColor="text1"/>
                <w:lang w:eastAsia="zh-TW"/>
              </w:rPr>
              <w:t>□</w:t>
            </w:r>
            <w:r w:rsidR="00DD266B" w:rsidRPr="00DF48FB">
              <w:rPr>
                <w:rFonts w:ascii="微軟正黑體" w:eastAsia="微軟正黑體" w:hAnsi="微軟正黑體" w:cs="Times New Roman"/>
                <w:color w:val="000000" w:themeColor="text1"/>
                <w:lang w:eastAsia="zh-TW"/>
              </w:rPr>
              <w:t>生活費</w:t>
            </w:r>
            <w:r w:rsidRPr="00DF48FB">
              <w:rPr>
                <w:rFonts w:ascii="微軟正黑體" w:eastAsia="微軟正黑體" w:hAnsi="微軟正黑體" w:cs="Times New Roman"/>
                <w:color w:val="000000" w:themeColor="text1"/>
                <w:lang w:eastAsia="zh-TW"/>
              </w:rPr>
              <w:t xml:space="preserve">Living Expenses </w:t>
            </w:r>
            <w:r w:rsidR="00DD266B" w:rsidRPr="00DF48FB">
              <w:rPr>
                <w:rFonts w:ascii="微軟正黑體" w:eastAsia="微軟正黑體" w:hAnsi="微軟正黑體" w:cs="Times New Roman"/>
                <w:color w:val="000000" w:themeColor="text1"/>
                <w:lang w:eastAsia="zh-TW"/>
              </w:rPr>
              <w:t>__________元</w:t>
            </w:r>
            <w:r w:rsidRPr="00DF48FB">
              <w:rPr>
                <w:rFonts w:ascii="微軟正黑體" w:eastAsia="微軟正黑體" w:hAnsi="微軟正黑體" w:cs="Times New Roman"/>
                <w:color w:val="000000" w:themeColor="text1"/>
                <w:lang w:eastAsia="zh-TW"/>
              </w:rPr>
              <w:t>NTD</w:t>
            </w:r>
          </w:p>
          <w:p w14:paraId="0B53AABE" w14:textId="0E466F22" w:rsidR="00DD266B" w:rsidRPr="00DF48FB" w:rsidRDefault="00D65914" w:rsidP="00405FF9">
            <w:pPr>
              <w:spacing w:line="0" w:lineRule="atLeast"/>
              <w:ind w:leftChars="200" w:left="440"/>
              <w:rPr>
                <w:rFonts w:ascii="微軟正黑體" w:eastAsia="微軟正黑體" w:hAnsi="微軟正黑體" w:cs="Times New Roman"/>
                <w:color w:val="000000" w:themeColor="text1"/>
                <w:lang w:eastAsia="zh-TW"/>
              </w:rPr>
            </w:pPr>
            <w:r w:rsidRPr="00DF48FB">
              <w:rPr>
                <w:rFonts w:ascii="細明體" w:eastAsia="細明體" w:hAnsi="細明體" w:cs="Times New Roman" w:hint="eastAsia"/>
                <w:color w:val="000000" w:themeColor="text1"/>
                <w:lang w:eastAsia="zh-TW"/>
              </w:rPr>
              <w:t>□</w:t>
            </w:r>
            <w:r w:rsidR="00DD266B" w:rsidRPr="00DF48FB">
              <w:rPr>
                <w:rFonts w:ascii="微軟正黑體" w:eastAsia="微軟正黑體" w:hAnsi="微軟正黑體" w:cs="Times New Roman"/>
                <w:color w:val="000000" w:themeColor="text1"/>
                <w:lang w:eastAsia="zh-TW"/>
              </w:rPr>
              <w:t>其他</w:t>
            </w:r>
            <w:r w:rsidRPr="00DF48FB">
              <w:rPr>
                <w:rFonts w:ascii="微軟正黑體" w:eastAsia="微軟正黑體" w:hAnsi="微軟正黑體" w:cs="Times New Roman"/>
                <w:color w:val="000000" w:themeColor="text1"/>
                <w:lang w:eastAsia="zh-TW"/>
              </w:rPr>
              <w:t xml:space="preserve">Other </w:t>
            </w:r>
            <w:r w:rsidR="00DD266B" w:rsidRPr="00DF48FB">
              <w:rPr>
                <w:rFonts w:ascii="微軟正黑體" w:eastAsia="微軟正黑體" w:hAnsi="微軟正黑體" w:cs="Times New Roman"/>
                <w:color w:val="000000" w:themeColor="text1"/>
                <w:lang w:eastAsia="zh-TW"/>
              </w:rPr>
              <w:t>__________元</w:t>
            </w:r>
            <w:r w:rsidRPr="00DF48FB">
              <w:rPr>
                <w:rFonts w:ascii="微軟正黑體" w:eastAsia="微軟正黑體" w:hAnsi="微軟正黑體" w:cs="Times New Roman"/>
                <w:color w:val="000000" w:themeColor="text1"/>
                <w:lang w:eastAsia="zh-TW"/>
              </w:rPr>
              <w:t>NTD</w:t>
            </w:r>
          </w:p>
        </w:tc>
      </w:tr>
      <w:tr w:rsidR="00A11763" w:rsidRPr="00DF48FB" w14:paraId="20175706" w14:textId="77777777" w:rsidTr="00237643">
        <w:tc>
          <w:tcPr>
            <w:tcW w:w="4077" w:type="dxa"/>
          </w:tcPr>
          <w:p w14:paraId="5D72862F" w14:textId="77777777" w:rsidR="00DD266B" w:rsidRPr="00DF48FB" w:rsidRDefault="00DD266B" w:rsidP="00683E01">
            <w:pPr>
              <w:spacing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lang w:eastAsia="zh-TW"/>
              </w:rPr>
              <w:t>有無向其他機構申請補助</w:t>
            </w:r>
          </w:p>
          <w:p w14:paraId="0E4CEC3D" w14:textId="7430E4F0" w:rsidR="00DD266B" w:rsidRPr="00DF48FB" w:rsidRDefault="00EF51BB" w:rsidP="00683E01">
            <w:pPr>
              <w:spacing w:line="0" w:lineRule="atLeast"/>
              <w:rPr>
                <w:rFonts w:ascii="微軟正黑體" w:eastAsia="微軟正黑體" w:hAnsi="微軟正黑體" w:cs="Times New Roman"/>
                <w:color w:val="000000" w:themeColor="text1"/>
                <w:lang w:eastAsia="zh-TW"/>
              </w:rPr>
            </w:pPr>
            <w:r w:rsidRPr="00EF51BB">
              <w:rPr>
                <w:rFonts w:ascii="微軟正黑體" w:eastAsia="微軟正黑體" w:hAnsi="微軟正黑體" w:cs="Times New Roman"/>
                <w:color w:val="000000" w:themeColor="text1"/>
                <w:lang w:eastAsia="zh-TW"/>
              </w:rPr>
              <w:t>Has the applicant applied for financial assistance from other organizations?</w:t>
            </w:r>
          </w:p>
        </w:tc>
        <w:tc>
          <w:tcPr>
            <w:tcW w:w="5111" w:type="dxa"/>
            <w:gridSpan w:val="2"/>
          </w:tcPr>
          <w:p w14:paraId="6D7F6E58" w14:textId="7DF942A0" w:rsidR="00DD266B" w:rsidRPr="00DF48FB" w:rsidRDefault="00EB3626" w:rsidP="00683E01">
            <w:pPr>
              <w:spacing w:line="0" w:lineRule="atLeast"/>
              <w:rPr>
                <w:rFonts w:ascii="微軟正黑體" w:eastAsia="微軟正黑體" w:hAnsi="微軟正黑體" w:cs="Times New Roman"/>
                <w:color w:val="000000" w:themeColor="text1"/>
                <w:lang w:eastAsia="zh-TW"/>
              </w:rPr>
            </w:pPr>
            <w:r w:rsidRPr="00DF48FB">
              <w:rPr>
                <w:rFonts w:ascii="細明體" w:eastAsia="細明體" w:hAnsi="細明體" w:cs="Times New Roman" w:hint="eastAsia"/>
                <w:color w:val="000000" w:themeColor="text1"/>
                <w:lang w:eastAsia="zh-TW"/>
              </w:rPr>
              <w:t>□</w:t>
            </w:r>
            <w:r w:rsidR="00DD266B" w:rsidRPr="00DF48FB">
              <w:rPr>
                <w:rFonts w:ascii="微軟正黑體" w:eastAsia="微軟正黑體" w:hAnsi="微軟正黑體" w:cs="Times New Roman"/>
                <w:color w:val="000000" w:themeColor="text1"/>
                <w:lang w:eastAsia="zh-TW"/>
              </w:rPr>
              <w:t>無 No</w:t>
            </w:r>
          </w:p>
          <w:p w14:paraId="22F036CC" w14:textId="77777777" w:rsidR="00EB3626" w:rsidRPr="00DF48FB" w:rsidRDefault="00EB3626" w:rsidP="00683E01">
            <w:pPr>
              <w:spacing w:line="0" w:lineRule="atLeast"/>
              <w:rPr>
                <w:rFonts w:ascii="微軟正黑體" w:eastAsia="微軟正黑體" w:hAnsi="微軟正黑體" w:cs="Times New Roman"/>
                <w:color w:val="000000" w:themeColor="text1"/>
                <w:lang w:eastAsia="zh-TW"/>
              </w:rPr>
            </w:pPr>
            <w:r w:rsidRPr="00DF48FB">
              <w:rPr>
                <w:rFonts w:ascii="細明體" w:eastAsia="細明體" w:hAnsi="細明體" w:cs="Times New Roman" w:hint="eastAsia"/>
                <w:color w:val="000000" w:themeColor="text1"/>
                <w:lang w:eastAsia="zh-TW"/>
              </w:rPr>
              <w:t>□</w:t>
            </w:r>
            <w:r w:rsidR="00DD266B" w:rsidRPr="00DF48FB">
              <w:rPr>
                <w:rFonts w:ascii="微軟正黑體" w:eastAsia="微軟正黑體" w:hAnsi="微軟正黑體" w:cs="Times New Roman"/>
                <w:color w:val="000000" w:themeColor="text1"/>
                <w:lang w:eastAsia="zh-TW"/>
              </w:rPr>
              <w:t>有</w:t>
            </w:r>
            <w:r w:rsidRPr="00DF48FB">
              <w:rPr>
                <w:rFonts w:ascii="微軟正黑體" w:eastAsia="微軟正黑體" w:hAnsi="微軟正黑體" w:cs="Times New Roman"/>
                <w:color w:val="000000" w:themeColor="text1"/>
                <w:lang w:eastAsia="zh-TW"/>
              </w:rPr>
              <w:t xml:space="preserve">Yes   </w:t>
            </w:r>
            <w:r w:rsidR="00DD266B" w:rsidRPr="00DF48FB">
              <w:rPr>
                <w:rFonts w:ascii="微軟正黑體" w:eastAsia="微軟正黑體" w:hAnsi="微軟正黑體" w:cs="Times New Roman"/>
                <w:color w:val="000000" w:themeColor="text1"/>
                <w:lang w:eastAsia="zh-TW"/>
              </w:rPr>
              <w:t xml:space="preserve">    </w:t>
            </w:r>
          </w:p>
          <w:p w14:paraId="30CBF0F5" w14:textId="3CD93C02" w:rsidR="00EB3626" w:rsidRPr="00DF48FB" w:rsidRDefault="00DD266B" w:rsidP="00683E01">
            <w:pPr>
              <w:spacing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lang w:eastAsia="zh-TW"/>
              </w:rPr>
              <w:t>機構名稱</w:t>
            </w:r>
            <w:r w:rsidR="00C8796A" w:rsidRPr="00C8796A">
              <w:rPr>
                <w:rFonts w:ascii="微軟正黑體" w:eastAsia="微軟正黑體" w:hAnsi="微軟正黑體" w:cs="Times New Roman"/>
                <w:color w:val="000000" w:themeColor="text1"/>
                <w:lang w:eastAsia="zh-TW"/>
              </w:rPr>
              <w:t>Organization Name</w:t>
            </w:r>
            <w:r w:rsidRPr="00DF48FB">
              <w:rPr>
                <w:rFonts w:ascii="微軟正黑體" w:eastAsia="微軟正黑體" w:hAnsi="微軟正黑體" w:cs="Times New Roman"/>
                <w:color w:val="000000" w:themeColor="text1"/>
                <w:lang w:eastAsia="zh-TW"/>
              </w:rPr>
              <w:t xml:space="preserve">___________________  </w:t>
            </w:r>
          </w:p>
          <w:p w14:paraId="479451EA" w14:textId="3F221131" w:rsidR="00DD266B" w:rsidRPr="00DF48FB" w:rsidRDefault="00DD266B" w:rsidP="00405FF9">
            <w:pPr>
              <w:spacing w:line="0" w:lineRule="atLeast"/>
              <w:rPr>
                <w:rFonts w:ascii="微軟正黑體" w:eastAsia="微軟正黑體" w:hAnsi="微軟正黑體" w:cs="Times New Roman"/>
                <w:color w:val="000000" w:themeColor="text1"/>
                <w:lang w:eastAsia="zh-TW"/>
              </w:rPr>
            </w:pPr>
            <w:r w:rsidRPr="00DF48FB">
              <w:rPr>
                <w:rFonts w:ascii="微軟正黑體" w:eastAsia="微軟正黑體" w:hAnsi="微軟正黑體" w:cs="Times New Roman"/>
                <w:color w:val="000000" w:themeColor="text1"/>
                <w:lang w:eastAsia="zh-TW"/>
              </w:rPr>
              <w:t>金額</w:t>
            </w:r>
            <w:r w:rsidR="00EB3626" w:rsidRPr="00DF48FB">
              <w:rPr>
                <w:rFonts w:ascii="微軟正黑體" w:eastAsia="微軟正黑體" w:hAnsi="微軟正黑體" w:cs="Times New Roman"/>
                <w:color w:val="000000" w:themeColor="text1"/>
                <w:lang w:eastAsia="zh-TW"/>
              </w:rPr>
              <w:t xml:space="preserve">Amount </w:t>
            </w:r>
            <w:r w:rsidRPr="00DF48FB">
              <w:rPr>
                <w:rFonts w:ascii="微軟正黑體" w:eastAsia="微軟正黑體" w:hAnsi="微軟正黑體" w:cs="Times New Roman"/>
                <w:color w:val="000000" w:themeColor="text1"/>
                <w:lang w:eastAsia="zh-TW"/>
              </w:rPr>
              <w:t>_____________元</w:t>
            </w:r>
            <w:r w:rsidR="00EB3626" w:rsidRPr="00DF48FB">
              <w:rPr>
                <w:rFonts w:ascii="微軟正黑體" w:eastAsia="微軟正黑體" w:hAnsi="微軟正黑體" w:cs="Times New Roman"/>
                <w:color w:val="000000" w:themeColor="text1"/>
                <w:lang w:eastAsia="zh-TW"/>
              </w:rPr>
              <w:t>NTD</w:t>
            </w:r>
          </w:p>
        </w:tc>
      </w:tr>
      <w:tr w:rsidR="00A11763" w:rsidRPr="00DF48FB" w14:paraId="5E3DAFCB" w14:textId="248B7178" w:rsidTr="00237643">
        <w:tc>
          <w:tcPr>
            <w:tcW w:w="4077" w:type="dxa"/>
          </w:tcPr>
          <w:p w14:paraId="693FA30D" w14:textId="12154D77" w:rsidR="00DB45A9" w:rsidRPr="00DF48FB" w:rsidRDefault="00DB45A9" w:rsidP="00683E01">
            <w:pPr>
              <w:spacing w:line="0" w:lineRule="atLeast"/>
              <w:rPr>
                <w:rFonts w:ascii="微軟正黑體" w:eastAsia="微軟正黑體" w:hAnsi="微軟正黑體" w:cs="Times New Roman"/>
                <w:color w:val="000000" w:themeColor="text1"/>
              </w:rPr>
            </w:pPr>
            <w:r w:rsidRPr="00DF48FB">
              <w:rPr>
                <w:rFonts w:ascii="微軟正黑體" w:eastAsia="微軟正黑體" w:hAnsi="微軟正黑體" w:cs="Times New Roman"/>
                <w:color w:val="000000" w:themeColor="text1"/>
              </w:rPr>
              <w:t>機票費</w:t>
            </w:r>
            <w:r w:rsidR="00237643" w:rsidRPr="00DF48FB">
              <w:rPr>
                <w:rFonts w:ascii="微軟正黑體" w:eastAsia="微軟正黑體" w:hAnsi="微軟正黑體" w:cs="Times New Roman"/>
                <w:color w:val="000000" w:themeColor="text1"/>
              </w:rPr>
              <w:t>Air fare</w:t>
            </w:r>
          </w:p>
        </w:tc>
        <w:tc>
          <w:tcPr>
            <w:tcW w:w="1212" w:type="dxa"/>
          </w:tcPr>
          <w:p w14:paraId="495F0B34" w14:textId="77777777" w:rsidR="00DB45A9" w:rsidRPr="00DF48FB" w:rsidRDefault="00DB45A9" w:rsidP="00683E01">
            <w:pPr>
              <w:spacing w:line="0" w:lineRule="atLeast"/>
              <w:rPr>
                <w:rFonts w:ascii="微軟正黑體" w:eastAsia="微軟正黑體" w:hAnsi="微軟正黑體" w:cs="Times New Roman"/>
                <w:color w:val="000000" w:themeColor="text1"/>
              </w:rPr>
            </w:pPr>
            <w:r w:rsidRPr="00DF48FB">
              <w:rPr>
                <w:rFonts w:ascii="微軟正黑體" w:eastAsia="微軟正黑體" w:hAnsi="微軟正黑體" w:cs="Times New Roman"/>
                <w:color w:val="000000" w:themeColor="text1"/>
              </w:rPr>
              <w:t>NT$</w:t>
            </w:r>
          </w:p>
        </w:tc>
        <w:tc>
          <w:tcPr>
            <w:tcW w:w="3899" w:type="dxa"/>
          </w:tcPr>
          <w:p w14:paraId="148CC30A" w14:textId="77777777" w:rsidR="00DB45A9" w:rsidRPr="00DF48FB" w:rsidRDefault="00DB45A9" w:rsidP="00683E01">
            <w:pPr>
              <w:spacing w:line="0" w:lineRule="atLeast"/>
              <w:rPr>
                <w:rFonts w:ascii="微軟正黑體" w:eastAsia="微軟正黑體" w:hAnsi="微軟正黑體" w:cs="Times New Roman"/>
                <w:color w:val="000000" w:themeColor="text1"/>
              </w:rPr>
            </w:pPr>
          </w:p>
        </w:tc>
      </w:tr>
      <w:tr w:rsidR="00A11763" w:rsidRPr="00DF48FB" w14:paraId="1F6AF70D" w14:textId="50DC74C6" w:rsidTr="00237643">
        <w:tc>
          <w:tcPr>
            <w:tcW w:w="4077" w:type="dxa"/>
          </w:tcPr>
          <w:p w14:paraId="7F8DD9C8" w14:textId="4C602B29" w:rsidR="00DB45A9" w:rsidRPr="00DF48FB" w:rsidRDefault="00DB45A9" w:rsidP="00683E01">
            <w:pPr>
              <w:spacing w:line="0" w:lineRule="atLeast"/>
              <w:rPr>
                <w:rFonts w:ascii="微軟正黑體" w:eastAsia="微軟正黑體" w:hAnsi="微軟正黑體" w:cs="Times New Roman"/>
                <w:color w:val="000000" w:themeColor="text1"/>
              </w:rPr>
            </w:pPr>
            <w:r w:rsidRPr="00DF48FB">
              <w:rPr>
                <w:rFonts w:ascii="微軟正黑體" w:eastAsia="微軟正黑體" w:hAnsi="微軟正黑體" w:cs="Times New Roman"/>
                <w:color w:val="000000" w:themeColor="text1"/>
              </w:rPr>
              <w:t>生活費</w:t>
            </w:r>
            <w:r w:rsidR="00237643" w:rsidRPr="00DF48FB">
              <w:rPr>
                <w:rFonts w:ascii="微軟正黑體" w:eastAsia="微軟正黑體" w:hAnsi="微軟正黑體" w:cs="Times New Roman"/>
                <w:color w:val="000000" w:themeColor="text1"/>
              </w:rPr>
              <w:t>Living Expenses</w:t>
            </w:r>
          </w:p>
        </w:tc>
        <w:tc>
          <w:tcPr>
            <w:tcW w:w="1212" w:type="dxa"/>
          </w:tcPr>
          <w:p w14:paraId="7FE8C217" w14:textId="77777777" w:rsidR="00DB45A9" w:rsidRPr="00DF48FB" w:rsidRDefault="00DB45A9" w:rsidP="00683E01">
            <w:pPr>
              <w:spacing w:line="0" w:lineRule="atLeast"/>
              <w:rPr>
                <w:rFonts w:ascii="微軟正黑體" w:eastAsia="微軟正黑體" w:hAnsi="微軟正黑體" w:cs="Times New Roman"/>
                <w:color w:val="000000" w:themeColor="text1"/>
              </w:rPr>
            </w:pPr>
            <w:r w:rsidRPr="00DF48FB">
              <w:rPr>
                <w:rFonts w:ascii="微軟正黑體" w:eastAsia="微軟正黑體" w:hAnsi="微軟正黑體" w:cs="Times New Roman"/>
                <w:color w:val="000000" w:themeColor="text1"/>
              </w:rPr>
              <w:t>NT$</w:t>
            </w:r>
          </w:p>
        </w:tc>
        <w:tc>
          <w:tcPr>
            <w:tcW w:w="3899" w:type="dxa"/>
          </w:tcPr>
          <w:p w14:paraId="3478A978" w14:textId="77777777" w:rsidR="00DB45A9" w:rsidRPr="00DF48FB" w:rsidRDefault="00DB45A9" w:rsidP="00683E01">
            <w:pPr>
              <w:spacing w:line="0" w:lineRule="atLeast"/>
              <w:rPr>
                <w:rFonts w:ascii="微軟正黑體" w:eastAsia="微軟正黑體" w:hAnsi="微軟正黑體" w:cs="Times New Roman"/>
                <w:color w:val="000000" w:themeColor="text1"/>
              </w:rPr>
            </w:pPr>
          </w:p>
        </w:tc>
      </w:tr>
      <w:tr w:rsidR="00A11763" w:rsidRPr="00DF48FB" w14:paraId="0F82AABE" w14:textId="47575B19" w:rsidTr="00237643">
        <w:tc>
          <w:tcPr>
            <w:tcW w:w="4077" w:type="dxa"/>
          </w:tcPr>
          <w:p w14:paraId="306F104F" w14:textId="3225129C" w:rsidR="00DB45A9" w:rsidRPr="00DF48FB" w:rsidRDefault="00DB45A9" w:rsidP="00683E01">
            <w:pPr>
              <w:spacing w:line="0" w:lineRule="atLeast"/>
              <w:rPr>
                <w:rFonts w:ascii="微軟正黑體" w:eastAsia="微軟正黑體" w:hAnsi="微軟正黑體" w:cs="Times New Roman"/>
                <w:color w:val="000000" w:themeColor="text1"/>
              </w:rPr>
            </w:pPr>
            <w:r w:rsidRPr="00DF48FB">
              <w:rPr>
                <w:rFonts w:ascii="微軟正黑體" w:eastAsia="微軟正黑體" w:hAnsi="微軟正黑體" w:cs="Times New Roman"/>
                <w:color w:val="000000" w:themeColor="text1"/>
              </w:rPr>
              <w:t>其他費用</w:t>
            </w:r>
            <w:r w:rsidR="00237643" w:rsidRPr="00DF48FB">
              <w:rPr>
                <w:rFonts w:ascii="微軟正黑體" w:eastAsia="微軟正黑體" w:hAnsi="微軟正黑體" w:cs="Times New Roman"/>
                <w:color w:val="000000" w:themeColor="text1"/>
              </w:rPr>
              <w:t>Other</w:t>
            </w:r>
          </w:p>
        </w:tc>
        <w:tc>
          <w:tcPr>
            <w:tcW w:w="1212" w:type="dxa"/>
          </w:tcPr>
          <w:p w14:paraId="2FD167AA" w14:textId="77777777" w:rsidR="00DB45A9" w:rsidRPr="00DF48FB" w:rsidRDefault="00DB45A9" w:rsidP="00683E01">
            <w:pPr>
              <w:spacing w:line="0" w:lineRule="atLeast"/>
              <w:rPr>
                <w:rFonts w:ascii="微軟正黑體" w:eastAsia="微軟正黑體" w:hAnsi="微軟正黑體" w:cs="Times New Roman"/>
                <w:color w:val="000000" w:themeColor="text1"/>
              </w:rPr>
            </w:pPr>
            <w:r w:rsidRPr="00DF48FB">
              <w:rPr>
                <w:rFonts w:ascii="微軟正黑體" w:eastAsia="微軟正黑體" w:hAnsi="微軟正黑體" w:cs="Times New Roman"/>
                <w:color w:val="000000" w:themeColor="text1"/>
              </w:rPr>
              <w:t>NT$</w:t>
            </w:r>
          </w:p>
        </w:tc>
        <w:tc>
          <w:tcPr>
            <w:tcW w:w="3899" w:type="dxa"/>
          </w:tcPr>
          <w:p w14:paraId="7D4EB7F4" w14:textId="77777777" w:rsidR="00DB45A9" w:rsidRPr="00DF48FB" w:rsidRDefault="00DB45A9" w:rsidP="00683E01">
            <w:pPr>
              <w:spacing w:line="0" w:lineRule="atLeast"/>
              <w:rPr>
                <w:rFonts w:ascii="微軟正黑體" w:eastAsia="微軟正黑體" w:hAnsi="微軟正黑體" w:cs="Times New Roman"/>
                <w:color w:val="000000" w:themeColor="text1"/>
              </w:rPr>
            </w:pPr>
          </w:p>
        </w:tc>
      </w:tr>
      <w:tr w:rsidR="00A11763" w:rsidRPr="00DF48FB" w14:paraId="22BE76DC" w14:textId="01E8AF39" w:rsidTr="00237643">
        <w:tc>
          <w:tcPr>
            <w:tcW w:w="4077" w:type="dxa"/>
          </w:tcPr>
          <w:p w14:paraId="22DD0787" w14:textId="279182A8" w:rsidR="00DB45A9" w:rsidRPr="00DF48FB" w:rsidRDefault="00DB45A9" w:rsidP="00683E01">
            <w:pPr>
              <w:spacing w:line="0" w:lineRule="atLeast"/>
              <w:rPr>
                <w:rFonts w:ascii="微軟正黑體" w:eastAsia="微軟正黑體" w:hAnsi="微軟正黑體" w:cs="Times New Roman"/>
                <w:color w:val="000000" w:themeColor="text1"/>
              </w:rPr>
            </w:pPr>
            <w:r w:rsidRPr="00DF48FB">
              <w:rPr>
                <w:rFonts w:ascii="微軟正黑體" w:eastAsia="微軟正黑體" w:hAnsi="微軟正黑體" w:cs="Times New Roman"/>
                <w:color w:val="000000" w:themeColor="text1"/>
              </w:rPr>
              <w:t>合計</w:t>
            </w:r>
            <w:r w:rsidR="00237643" w:rsidRPr="00DF48FB">
              <w:rPr>
                <w:rFonts w:ascii="微軟正黑體" w:eastAsia="微軟正黑體" w:hAnsi="微軟正黑體" w:cs="Times New Roman"/>
                <w:color w:val="000000" w:themeColor="text1"/>
              </w:rPr>
              <w:t>Total</w:t>
            </w:r>
          </w:p>
        </w:tc>
        <w:tc>
          <w:tcPr>
            <w:tcW w:w="1212" w:type="dxa"/>
          </w:tcPr>
          <w:p w14:paraId="14768AFB" w14:textId="77777777" w:rsidR="00DB45A9" w:rsidRPr="00DF48FB" w:rsidRDefault="00DB45A9" w:rsidP="00683E01">
            <w:pPr>
              <w:spacing w:line="0" w:lineRule="atLeast"/>
              <w:rPr>
                <w:rFonts w:ascii="微軟正黑體" w:eastAsia="微軟正黑體" w:hAnsi="微軟正黑體" w:cs="Times New Roman"/>
                <w:color w:val="000000" w:themeColor="text1"/>
              </w:rPr>
            </w:pPr>
            <w:r w:rsidRPr="00DF48FB">
              <w:rPr>
                <w:rFonts w:ascii="微軟正黑體" w:eastAsia="微軟正黑體" w:hAnsi="微軟正黑體" w:cs="Times New Roman"/>
                <w:color w:val="000000" w:themeColor="text1"/>
              </w:rPr>
              <w:t>NT$</w:t>
            </w:r>
          </w:p>
        </w:tc>
        <w:tc>
          <w:tcPr>
            <w:tcW w:w="3899" w:type="dxa"/>
          </w:tcPr>
          <w:p w14:paraId="5696BF33" w14:textId="77777777" w:rsidR="00DB45A9" w:rsidRPr="00DF48FB" w:rsidRDefault="00DB45A9" w:rsidP="00683E01">
            <w:pPr>
              <w:spacing w:line="0" w:lineRule="atLeast"/>
              <w:rPr>
                <w:rFonts w:ascii="微軟正黑體" w:eastAsia="微軟正黑體" w:hAnsi="微軟正黑體" w:cs="Times New Roman"/>
                <w:color w:val="000000" w:themeColor="text1"/>
              </w:rPr>
            </w:pPr>
          </w:p>
        </w:tc>
      </w:tr>
    </w:tbl>
    <w:p w14:paraId="0287F525" w14:textId="18FA543A" w:rsidR="00DF48FB" w:rsidRPr="00DF48FB" w:rsidRDefault="00DF48FB" w:rsidP="00683E01">
      <w:pPr>
        <w:spacing w:after="0" w:line="0" w:lineRule="atLeast"/>
        <w:rPr>
          <w:rFonts w:ascii="微軟正黑體" w:eastAsia="微軟正黑體" w:hAnsi="微軟正黑體" w:cs="Times New Roman"/>
          <w:color w:val="000000" w:themeColor="text1"/>
          <w:sz w:val="24"/>
          <w:szCs w:val="24"/>
          <w:lang w:eastAsia="zh-TW"/>
        </w:rPr>
      </w:pPr>
    </w:p>
    <w:p w14:paraId="7BD4BC68" w14:textId="43CBF522" w:rsidR="000920FD" w:rsidRPr="00DF48FB" w:rsidRDefault="000920FD" w:rsidP="00DF48FB">
      <w:pPr>
        <w:pStyle w:val="ae"/>
        <w:numPr>
          <w:ilvl w:val="0"/>
          <w:numId w:val="12"/>
        </w:numPr>
        <w:spacing w:after="0" w:line="0" w:lineRule="atLeast"/>
        <w:rPr>
          <w:rFonts w:ascii="微軟正黑體" w:eastAsia="微軟正黑體" w:hAnsi="微軟正黑體" w:cs="Times New Roman"/>
          <w:b/>
          <w:bCs/>
          <w:color w:val="000000" w:themeColor="text1"/>
          <w:sz w:val="24"/>
          <w:szCs w:val="24"/>
          <w:lang w:eastAsia="zh-TW"/>
        </w:rPr>
      </w:pPr>
      <w:r w:rsidRPr="00DF48FB">
        <w:rPr>
          <w:rFonts w:ascii="微軟正黑體" w:eastAsia="微軟正黑體" w:hAnsi="微軟正黑體" w:cs="Times New Roman"/>
          <w:b/>
          <w:bCs/>
          <w:color w:val="000000" w:themeColor="text1"/>
          <w:sz w:val="24"/>
          <w:szCs w:val="24"/>
          <w:lang w:eastAsia="zh-TW"/>
        </w:rPr>
        <w:t>出國交流 或 參加國際會議目的 (如做什麼實驗或研究、參與會議口頭發表或海報發表等)</w:t>
      </w:r>
      <w:r w:rsidR="00434CE1" w:rsidRPr="00DF48FB">
        <w:rPr>
          <w:rFonts w:ascii="微軟正黑體" w:eastAsia="微軟正黑體" w:hAnsi="微軟正黑體" w:cs="Times New Roman" w:hint="eastAsia"/>
          <w:b/>
          <w:bCs/>
          <w:color w:val="000000" w:themeColor="text1"/>
          <w:sz w:val="24"/>
          <w:szCs w:val="24"/>
          <w:lang w:eastAsia="zh-TW"/>
        </w:rPr>
        <w:t>(</w:t>
      </w:r>
      <w:r w:rsidRPr="00DF48FB">
        <w:rPr>
          <w:rFonts w:ascii="微軟正黑體" w:eastAsia="微軟正黑體" w:hAnsi="微軟正黑體" w:cs="Times New Roman"/>
          <w:b/>
          <w:bCs/>
          <w:color w:val="000000" w:themeColor="text1"/>
          <w:sz w:val="24"/>
          <w:szCs w:val="24"/>
          <w:lang w:eastAsia="zh-TW"/>
        </w:rPr>
        <w:t>字數</w:t>
      </w:r>
      <w:r w:rsidR="00434CE1" w:rsidRPr="00DF48FB">
        <w:rPr>
          <w:rFonts w:ascii="微軟正黑體" w:eastAsia="微軟正黑體" w:hAnsi="微軟正黑體" w:cs="Times New Roman" w:hint="eastAsia"/>
          <w:b/>
          <w:bCs/>
          <w:color w:val="000000" w:themeColor="text1"/>
          <w:sz w:val="24"/>
          <w:szCs w:val="24"/>
          <w:lang w:eastAsia="zh-TW"/>
        </w:rPr>
        <w:t>500</w:t>
      </w:r>
      <w:r w:rsidRPr="00DF48FB">
        <w:rPr>
          <w:rFonts w:ascii="微軟正黑體" w:eastAsia="微軟正黑體" w:hAnsi="微軟正黑體" w:cs="Times New Roman"/>
          <w:b/>
          <w:bCs/>
          <w:color w:val="000000" w:themeColor="text1"/>
          <w:sz w:val="24"/>
          <w:szCs w:val="24"/>
          <w:lang w:eastAsia="zh-TW"/>
        </w:rPr>
        <w:t>-</w:t>
      </w:r>
      <w:r w:rsidR="00434CE1" w:rsidRPr="00DF48FB">
        <w:rPr>
          <w:rFonts w:ascii="微軟正黑體" w:eastAsia="微軟正黑體" w:hAnsi="微軟正黑體" w:cs="Times New Roman" w:hint="eastAsia"/>
          <w:b/>
          <w:bCs/>
          <w:color w:val="000000" w:themeColor="text1"/>
          <w:sz w:val="24"/>
          <w:szCs w:val="24"/>
          <w:lang w:eastAsia="zh-TW"/>
        </w:rPr>
        <w:t>1</w:t>
      </w:r>
      <w:r w:rsidRPr="00DF48FB">
        <w:rPr>
          <w:rFonts w:ascii="微軟正黑體" w:eastAsia="微軟正黑體" w:hAnsi="微軟正黑體" w:cs="Times New Roman"/>
          <w:b/>
          <w:bCs/>
          <w:color w:val="000000" w:themeColor="text1"/>
          <w:sz w:val="24"/>
          <w:szCs w:val="24"/>
          <w:lang w:eastAsia="zh-TW"/>
        </w:rPr>
        <w:t>00</w:t>
      </w:r>
      <w:r w:rsidR="00434CE1" w:rsidRPr="00DF48FB">
        <w:rPr>
          <w:rFonts w:ascii="微軟正黑體" w:eastAsia="微軟正黑體" w:hAnsi="微軟正黑體" w:cs="Times New Roman" w:hint="eastAsia"/>
          <w:b/>
          <w:bCs/>
          <w:color w:val="000000" w:themeColor="text1"/>
          <w:sz w:val="24"/>
          <w:szCs w:val="24"/>
          <w:lang w:eastAsia="zh-TW"/>
        </w:rPr>
        <w:t>0</w:t>
      </w:r>
      <w:r w:rsidRPr="00DF48FB">
        <w:rPr>
          <w:rFonts w:ascii="微軟正黑體" w:eastAsia="微軟正黑體" w:hAnsi="微軟正黑體" w:cs="Times New Roman"/>
          <w:b/>
          <w:bCs/>
          <w:color w:val="000000" w:themeColor="text1"/>
          <w:sz w:val="24"/>
          <w:szCs w:val="24"/>
          <w:lang w:eastAsia="zh-TW"/>
        </w:rPr>
        <w:t>字內</w:t>
      </w:r>
      <w:r w:rsidR="00434CE1" w:rsidRPr="00DF48FB">
        <w:rPr>
          <w:rFonts w:ascii="微軟正黑體" w:eastAsia="微軟正黑體" w:hAnsi="微軟正黑體" w:cs="Times New Roman" w:hint="eastAsia"/>
          <w:b/>
          <w:bCs/>
          <w:color w:val="000000" w:themeColor="text1"/>
          <w:sz w:val="24"/>
          <w:szCs w:val="24"/>
          <w:lang w:eastAsia="zh-TW"/>
        </w:rPr>
        <w:t>)</w:t>
      </w:r>
    </w:p>
    <w:p w14:paraId="7B461D0F" w14:textId="26F83395" w:rsidR="000920FD" w:rsidRPr="00DF48FB" w:rsidRDefault="00C8796A" w:rsidP="00683E01">
      <w:pPr>
        <w:spacing w:after="0" w:line="0" w:lineRule="atLeast"/>
        <w:rPr>
          <w:rFonts w:ascii="微軟正黑體" w:eastAsia="微軟正黑體" w:hAnsi="微軟正黑體" w:cs="Times New Roman"/>
          <w:b/>
          <w:bCs/>
          <w:color w:val="000000" w:themeColor="text1"/>
          <w:sz w:val="24"/>
          <w:szCs w:val="24"/>
          <w:lang w:eastAsia="zh-TW"/>
        </w:rPr>
      </w:pPr>
      <w:r w:rsidRPr="00C8796A">
        <w:rPr>
          <w:rFonts w:ascii="微軟正黑體" w:eastAsia="微軟正黑體" w:hAnsi="微軟正黑體" w:cs="Times New Roman"/>
          <w:b/>
          <w:bCs/>
          <w:color w:val="000000" w:themeColor="text1"/>
          <w:sz w:val="24"/>
          <w:szCs w:val="24"/>
          <w:lang w:eastAsia="zh-TW"/>
        </w:rPr>
        <w:t>Purpose of Overseas Exchange or Conference Participation</w:t>
      </w:r>
      <w:r w:rsidR="00434CE1" w:rsidRPr="00DF48FB">
        <w:rPr>
          <w:rFonts w:ascii="微軟正黑體" w:eastAsia="微軟正黑體" w:hAnsi="微軟正黑體" w:cs="Times New Roman"/>
          <w:b/>
          <w:bCs/>
          <w:color w:val="000000" w:themeColor="text1"/>
          <w:sz w:val="24"/>
          <w:szCs w:val="24"/>
          <w:lang w:eastAsia="zh-TW"/>
        </w:rPr>
        <w:t xml:space="preserve"> (e.g., what experiments or research will be conducted, or how will one participate in oral or poster presentations?) (500</w:t>
      </w:r>
      <w:r w:rsidR="00434CE1" w:rsidRPr="00DF48FB">
        <w:rPr>
          <w:rFonts w:ascii="微軟正黑體" w:eastAsia="微軟正黑體" w:hAnsi="微軟正黑體" w:cs="Times New Roman" w:hint="eastAsia"/>
          <w:b/>
          <w:bCs/>
          <w:color w:val="000000" w:themeColor="text1"/>
          <w:sz w:val="24"/>
          <w:szCs w:val="24"/>
          <w:lang w:eastAsia="zh-TW"/>
        </w:rPr>
        <w:t>-1000</w:t>
      </w:r>
      <w:r w:rsidR="00434CE1" w:rsidRPr="00DF48FB">
        <w:rPr>
          <w:rFonts w:ascii="微軟正黑體" w:eastAsia="微軟正黑體" w:hAnsi="微軟正黑體" w:cs="Times New Roman"/>
          <w:b/>
          <w:bCs/>
          <w:color w:val="000000" w:themeColor="text1"/>
          <w:sz w:val="24"/>
          <w:szCs w:val="24"/>
          <w:lang w:eastAsia="zh-TW"/>
        </w:rPr>
        <w:t xml:space="preserve"> words)</w:t>
      </w:r>
    </w:p>
    <w:tbl>
      <w:tblPr>
        <w:tblStyle w:val="aff2"/>
        <w:tblW w:w="0" w:type="auto"/>
        <w:tblLook w:val="04A0" w:firstRow="1" w:lastRow="0" w:firstColumn="1" w:lastColumn="0" w:noHBand="0" w:noVBand="1"/>
      </w:tblPr>
      <w:tblGrid>
        <w:gridCol w:w="10136"/>
      </w:tblGrid>
      <w:tr w:rsidR="00405FF9" w14:paraId="396682DF" w14:textId="77777777" w:rsidTr="00405FF9">
        <w:tc>
          <w:tcPr>
            <w:tcW w:w="10136" w:type="dxa"/>
          </w:tcPr>
          <w:p w14:paraId="64FED9B9" w14:textId="77777777" w:rsidR="00405FF9" w:rsidRDefault="00405FF9" w:rsidP="00683E01">
            <w:pPr>
              <w:spacing w:line="0" w:lineRule="atLeast"/>
              <w:rPr>
                <w:rFonts w:ascii="微軟正黑體" w:eastAsia="微軟正黑體" w:hAnsi="微軟正黑體" w:cs="Times New Roman"/>
                <w:color w:val="000000" w:themeColor="text1"/>
                <w:sz w:val="24"/>
                <w:szCs w:val="24"/>
                <w:lang w:eastAsia="zh-TW"/>
              </w:rPr>
            </w:pPr>
          </w:p>
          <w:p w14:paraId="591098D7" w14:textId="77777777" w:rsidR="00405FF9" w:rsidRDefault="00405FF9" w:rsidP="00683E01">
            <w:pPr>
              <w:spacing w:line="0" w:lineRule="atLeast"/>
              <w:rPr>
                <w:rFonts w:ascii="微軟正黑體" w:eastAsia="微軟正黑體" w:hAnsi="微軟正黑體" w:cs="Times New Roman"/>
                <w:color w:val="000000" w:themeColor="text1"/>
                <w:sz w:val="24"/>
                <w:szCs w:val="24"/>
                <w:lang w:eastAsia="zh-TW"/>
              </w:rPr>
            </w:pPr>
          </w:p>
          <w:p w14:paraId="41839884" w14:textId="77777777" w:rsidR="00405FF9" w:rsidRDefault="00405FF9" w:rsidP="00683E01">
            <w:pPr>
              <w:spacing w:line="0" w:lineRule="atLeast"/>
              <w:rPr>
                <w:rFonts w:ascii="微軟正黑體" w:eastAsia="微軟正黑體" w:hAnsi="微軟正黑體" w:cs="Times New Roman"/>
                <w:color w:val="000000" w:themeColor="text1"/>
                <w:sz w:val="24"/>
                <w:szCs w:val="24"/>
                <w:lang w:eastAsia="zh-TW"/>
              </w:rPr>
            </w:pPr>
          </w:p>
          <w:p w14:paraId="529C451C" w14:textId="77777777" w:rsidR="003709F7" w:rsidRDefault="003709F7" w:rsidP="00683E01">
            <w:pPr>
              <w:spacing w:line="0" w:lineRule="atLeast"/>
              <w:rPr>
                <w:rFonts w:ascii="微軟正黑體" w:eastAsia="微軟正黑體" w:hAnsi="微軟正黑體" w:cs="Times New Roman"/>
                <w:color w:val="000000" w:themeColor="text1"/>
                <w:sz w:val="24"/>
                <w:szCs w:val="24"/>
                <w:lang w:eastAsia="zh-TW"/>
              </w:rPr>
            </w:pPr>
          </w:p>
          <w:p w14:paraId="4F088050" w14:textId="77777777" w:rsidR="00405FF9" w:rsidRDefault="00405FF9" w:rsidP="00683E01">
            <w:pPr>
              <w:spacing w:line="0" w:lineRule="atLeast"/>
              <w:rPr>
                <w:rFonts w:ascii="微軟正黑體" w:eastAsia="微軟正黑體" w:hAnsi="微軟正黑體" w:cs="Times New Roman"/>
                <w:color w:val="000000" w:themeColor="text1"/>
                <w:sz w:val="24"/>
                <w:szCs w:val="24"/>
                <w:lang w:eastAsia="zh-TW"/>
              </w:rPr>
            </w:pPr>
          </w:p>
          <w:p w14:paraId="2DF91C14" w14:textId="77777777" w:rsidR="00EF51BB" w:rsidRDefault="00EF51BB" w:rsidP="00683E01">
            <w:pPr>
              <w:spacing w:line="0" w:lineRule="atLeast"/>
              <w:rPr>
                <w:rFonts w:ascii="微軟正黑體" w:eastAsia="微軟正黑體" w:hAnsi="微軟正黑體" w:cs="Times New Roman"/>
                <w:color w:val="000000" w:themeColor="text1"/>
                <w:sz w:val="24"/>
                <w:szCs w:val="24"/>
                <w:lang w:eastAsia="zh-TW"/>
              </w:rPr>
            </w:pPr>
          </w:p>
          <w:p w14:paraId="76E0B0B1" w14:textId="77777777" w:rsidR="00405FF9" w:rsidRDefault="00405FF9" w:rsidP="00683E01">
            <w:pPr>
              <w:spacing w:line="0" w:lineRule="atLeast"/>
              <w:rPr>
                <w:rFonts w:ascii="微軟正黑體" w:eastAsia="微軟正黑體" w:hAnsi="微軟正黑體" w:cs="Times New Roman"/>
                <w:color w:val="000000" w:themeColor="text1"/>
                <w:sz w:val="24"/>
                <w:szCs w:val="24"/>
                <w:lang w:eastAsia="zh-TW"/>
              </w:rPr>
            </w:pPr>
          </w:p>
          <w:p w14:paraId="5C3BE152" w14:textId="77777777" w:rsidR="00405FF9" w:rsidRDefault="00405FF9" w:rsidP="00683E01">
            <w:pPr>
              <w:spacing w:line="0" w:lineRule="atLeast"/>
              <w:rPr>
                <w:rFonts w:ascii="微軟正黑體" w:eastAsia="微軟正黑體" w:hAnsi="微軟正黑體" w:cs="Times New Roman"/>
                <w:color w:val="000000" w:themeColor="text1"/>
                <w:sz w:val="24"/>
                <w:szCs w:val="24"/>
                <w:lang w:eastAsia="zh-TW"/>
              </w:rPr>
            </w:pPr>
          </w:p>
          <w:p w14:paraId="28DCCB0D" w14:textId="2BB11D7D" w:rsidR="00405FF9" w:rsidRDefault="00405FF9" w:rsidP="00683E01">
            <w:pPr>
              <w:spacing w:line="0" w:lineRule="atLeast"/>
              <w:rPr>
                <w:rFonts w:ascii="微軟正黑體" w:eastAsia="微軟正黑體" w:hAnsi="微軟正黑體" w:cs="Times New Roman"/>
                <w:color w:val="000000" w:themeColor="text1"/>
                <w:sz w:val="24"/>
                <w:szCs w:val="24"/>
                <w:lang w:eastAsia="zh-TW"/>
              </w:rPr>
            </w:pPr>
            <w:r w:rsidRPr="00EF51BB">
              <w:rPr>
                <w:rFonts w:ascii="微軟正黑體" w:eastAsia="微軟正黑體" w:hAnsi="微軟正黑體" w:cs="Times New Roman" w:hint="eastAsia"/>
                <w:color w:val="000000" w:themeColor="text1"/>
                <w:sz w:val="20"/>
                <w:szCs w:val="20"/>
                <w:lang w:eastAsia="zh-TW"/>
              </w:rPr>
              <w:t>空間不足請自行增列</w:t>
            </w:r>
            <w:r w:rsidRPr="00EF51BB">
              <w:rPr>
                <w:rFonts w:ascii="微軟正黑體" w:eastAsia="微軟正黑體" w:hAnsi="微軟正黑體" w:cs="Times New Roman"/>
                <w:color w:val="000000" w:themeColor="text1"/>
                <w:sz w:val="20"/>
                <w:szCs w:val="20"/>
                <w:lang w:eastAsia="zh-TW"/>
              </w:rPr>
              <w:t>If space is insufficient, please add more columns yourself.</w:t>
            </w:r>
          </w:p>
        </w:tc>
      </w:tr>
    </w:tbl>
    <w:p w14:paraId="73760C54" w14:textId="54AB2C39" w:rsidR="00F05C9C" w:rsidRPr="00DF48FB" w:rsidRDefault="00000000" w:rsidP="00683E01">
      <w:pPr>
        <w:spacing w:after="0" w:line="0" w:lineRule="atLeast"/>
        <w:rPr>
          <w:rFonts w:ascii="微軟正黑體" w:eastAsia="微軟正黑體" w:hAnsi="微軟正黑體" w:cs="Times New Roman"/>
          <w:color w:val="000000" w:themeColor="text1"/>
          <w:sz w:val="24"/>
          <w:szCs w:val="24"/>
          <w:lang w:eastAsia="zh-TW"/>
        </w:rPr>
      </w:pPr>
      <w:r w:rsidRPr="00DF48FB">
        <w:rPr>
          <w:rFonts w:ascii="微軟正黑體" w:eastAsia="微軟正黑體" w:hAnsi="微軟正黑體" w:cs="Times New Roman"/>
          <w:color w:val="000000" w:themeColor="text1"/>
          <w:sz w:val="24"/>
          <w:szCs w:val="24"/>
        </w:rPr>
        <w:t>申請人簽名</w:t>
      </w:r>
      <w:r w:rsidR="00C372F0" w:rsidRPr="00DF48FB">
        <w:rPr>
          <w:rFonts w:ascii="微軟正黑體" w:eastAsia="微軟正黑體" w:hAnsi="微軟正黑體" w:cs="Times New Roman"/>
          <w:color w:val="000000" w:themeColor="text1"/>
          <w:sz w:val="24"/>
          <w:szCs w:val="24"/>
        </w:rPr>
        <w:t>Applicant Signature</w:t>
      </w:r>
      <w:r w:rsidRPr="00DF48FB">
        <w:rPr>
          <w:rFonts w:ascii="微軟正黑體" w:eastAsia="微軟正黑體" w:hAnsi="微軟正黑體" w:cs="Times New Roman"/>
          <w:color w:val="000000" w:themeColor="text1"/>
          <w:sz w:val="24"/>
          <w:szCs w:val="24"/>
        </w:rPr>
        <w:t>：____________________</w:t>
      </w:r>
    </w:p>
    <w:p w14:paraId="12C3E635" w14:textId="283A0F10" w:rsidR="00F05C9C" w:rsidRPr="00DF48FB" w:rsidRDefault="00F5554A" w:rsidP="00683E01">
      <w:pPr>
        <w:spacing w:after="0" w:line="0" w:lineRule="atLeast"/>
        <w:rPr>
          <w:rFonts w:ascii="微軟正黑體" w:eastAsia="微軟正黑體" w:hAnsi="微軟正黑體" w:cs="Times New Roman"/>
          <w:color w:val="000000" w:themeColor="text1"/>
          <w:sz w:val="24"/>
          <w:szCs w:val="24"/>
          <w:lang w:eastAsia="zh-TW"/>
        </w:rPr>
      </w:pPr>
      <w:r>
        <w:rPr>
          <w:rFonts w:ascii="微軟正黑體" w:eastAsia="微軟正黑體" w:hAnsi="微軟正黑體" w:cs="Times New Roman" w:hint="eastAsia"/>
          <w:color w:val="000000" w:themeColor="text1"/>
          <w:sz w:val="24"/>
          <w:szCs w:val="24"/>
          <w:lang w:eastAsia="zh-TW"/>
        </w:rPr>
        <w:t>推薦者</w:t>
      </w:r>
      <w:r w:rsidRPr="00DF48FB">
        <w:rPr>
          <w:rFonts w:ascii="微軟正黑體" w:eastAsia="微軟正黑體" w:hAnsi="微軟正黑體" w:cs="Times New Roman"/>
          <w:color w:val="000000" w:themeColor="text1"/>
          <w:sz w:val="24"/>
          <w:szCs w:val="24"/>
        </w:rPr>
        <w:t>簽名</w:t>
      </w:r>
      <w:r w:rsidRPr="00F5554A">
        <w:rPr>
          <w:rFonts w:ascii="微軟正黑體" w:eastAsia="微軟正黑體" w:hAnsi="微軟正黑體" w:cs="Times New Roman"/>
          <w:color w:val="000000" w:themeColor="text1"/>
          <w:sz w:val="24"/>
          <w:szCs w:val="24"/>
        </w:rPr>
        <w:t>Recommender's signature</w:t>
      </w:r>
      <w:r w:rsidRPr="00DF48FB">
        <w:rPr>
          <w:rFonts w:ascii="微軟正黑體" w:eastAsia="微軟正黑體" w:hAnsi="微軟正黑體" w:cs="Times New Roman"/>
          <w:color w:val="000000" w:themeColor="text1"/>
          <w:sz w:val="24"/>
          <w:szCs w:val="24"/>
        </w:rPr>
        <w:t>：___________________</w:t>
      </w:r>
    </w:p>
    <w:p w14:paraId="0063441E" w14:textId="016BE23B" w:rsidR="00F05C9C" w:rsidRPr="00DF48FB" w:rsidRDefault="00000000" w:rsidP="00683E01">
      <w:pPr>
        <w:spacing w:after="0" w:line="0" w:lineRule="atLeast"/>
        <w:rPr>
          <w:rFonts w:ascii="微軟正黑體" w:eastAsia="微軟正黑體" w:hAnsi="微軟正黑體" w:cs="Times New Roman"/>
          <w:color w:val="000000" w:themeColor="text1"/>
          <w:sz w:val="24"/>
          <w:szCs w:val="24"/>
          <w:lang w:eastAsia="zh-TW"/>
        </w:rPr>
      </w:pPr>
      <w:r w:rsidRPr="00DF48FB">
        <w:rPr>
          <w:rFonts w:ascii="微軟正黑體" w:eastAsia="微軟正黑體" w:hAnsi="微軟正黑體" w:cs="Times New Roman"/>
          <w:color w:val="000000" w:themeColor="text1"/>
          <w:sz w:val="24"/>
          <w:szCs w:val="24"/>
        </w:rPr>
        <w:t>申請日期</w:t>
      </w:r>
      <w:r w:rsidR="00C372F0" w:rsidRPr="00DF48FB">
        <w:rPr>
          <w:rFonts w:ascii="微軟正黑體" w:eastAsia="微軟正黑體" w:hAnsi="微軟正黑體" w:cs="Times New Roman"/>
          <w:color w:val="000000" w:themeColor="text1"/>
          <w:sz w:val="24"/>
          <w:szCs w:val="24"/>
        </w:rPr>
        <w:t>Application Date</w:t>
      </w:r>
      <w:r w:rsidRPr="00DF48FB">
        <w:rPr>
          <w:rFonts w:ascii="微軟正黑體" w:eastAsia="微軟正黑體" w:hAnsi="微軟正黑體" w:cs="Times New Roman"/>
          <w:color w:val="000000" w:themeColor="text1"/>
          <w:sz w:val="24"/>
          <w:szCs w:val="24"/>
        </w:rPr>
        <w:t>：______年______月______日</w:t>
      </w:r>
      <w:r w:rsidR="00C372F0">
        <w:rPr>
          <w:rFonts w:ascii="微軟正黑體" w:eastAsia="微軟正黑體" w:hAnsi="微軟正黑體" w:cs="Times New Roman" w:hint="eastAsia"/>
          <w:color w:val="000000" w:themeColor="text1"/>
          <w:sz w:val="24"/>
          <w:szCs w:val="24"/>
          <w:lang w:eastAsia="zh-TW"/>
        </w:rPr>
        <w:t>(</w:t>
      </w:r>
      <w:r w:rsidR="00C372F0" w:rsidRPr="00DF48FB">
        <w:rPr>
          <w:rFonts w:ascii="微軟正黑體" w:eastAsia="微軟正黑體" w:hAnsi="微軟正黑體" w:cs="Times New Roman"/>
          <w:color w:val="000000" w:themeColor="text1"/>
        </w:rPr>
        <w:t>Y</w:t>
      </w:r>
      <w:r w:rsidR="00C372F0" w:rsidRPr="00DF48FB">
        <w:rPr>
          <w:rFonts w:ascii="微軟正黑體" w:eastAsia="微軟正黑體" w:hAnsi="微軟正黑體" w:cs="Times New Roman" w:hint="eastAsia"/>
          <w:color w:val="000000" w:themeColor="text1"/>
          <w:lang w:eastAsia="zh-TW"/>
        </w:rPr>
        <w:t>YYY</w:t>
      </w:r>
      <w:r w:rsidR="00C372F0">
        <w:rPr>
          <w:rFonts w:ascii="微軟正黑體" w:eastAsia="微軟正黑體" w:hAnsi="微軟正黑體" w:cs="Times New Roman" w:hint="eastAsia"/>
          <w:color w:val="000000" w:themeColor="text1"/>
          <w:lang w:eastAsia="zh-TW"/>
        </w:rPr>
        <w:t>/</w:t>
      </w:r>
      <w:r w:rsidR="00C372F0" w:rsidRPr="00DF48FB">
        <w:rPr>
          <w:rFonts w:ascii="微軟正黑體" w:eastAsia="微軟正黑體" w:hAnsi="微軟正黑體" w:cs="Times New Roman"/>
          <w:color w:val="000000" w:themeColor="text1"/>
        </w:rPr>
        <w:t xml:space="preserve"> M</w:t>
      </w:r>
      <w:r w:rsidR="00C372F0" w:rsidRPr="00DF48FB">
        <w:rPr>
          <w:rFonts w:ascii="微軟正黑體" w:eastAsia="微軟正黑體" w:hAnsi="微軟正黑體" w:cs="Times New Roman" w:hint="eastAsia"/>
          <w:color w:val="000000" w:themeColor="text1"/>
          <w:lang w:eastAsia="zh-TW"/>
        </w:rPr>
        <w:t>M</w:t>
      </w:r>
      <w:r w:rsidR="00C372F0">
        <w:rPr>
          <w:rFonts w:ascii="微軟正黑體" w:eastAsia="微軟正黑體" w:hAnsi="微軟正黑體" w:cs="Times New Roman" w:hint="eastAsia"/>
          <w:color w:val="000000" w:themeColor="text1"/>
          <w:lang w:eastAsia="zh-TW"/>
        </w:rPr>
        <w:t>/</w:t>
      </w:r>
      <w:r w:rsidR="00C372F0" w:rsidRPr="00DF48FB">
        <w:rPr>
          <w:rFonts w:ascii="微軟正黑體" w:eastAsia="微軟正黑體" w:hAnsi="微軟正黑體" w:cs="Times New Roman"/>
          <w:color w:val="000000" w:themeColor="text1"/>
        </w:rPr>
        <w:t>D</w:t>
      </w:r>
      <w:r w:rsidR="00C372F0" w:rsidRPr="00DF48FB">
        <w:rPr>
          <w:rFonts w:ascii="微軟正黑體" w:eastAsia="微軟正黑體" w:hAnsi="微軟正黑體" w:cs="Times New Roman" w:hint="eastAsia"/>
          <w:color w:val="000000" w:themeColor="text1"/>
          <w:lang w:eastAsia="zh-TW"/>
        </w:rPr>
        <w:t>D</w:t>
      </w:r>
      <w:r w:rsidR="00C372F0">
        <w:rPr>
          <w:rFonts w:ascii="微軟正黑體" w:eastAsia="微軟正黑體" w:hAnsi="微軟正黑體" w:cs="Times New Roman" w:hint="eastAsia"/>
          <w:color w:val="000000" w:themeColor="text1"/>
          <w:lang w:eastAsia="zh-TW"/>
        </w:rPr>
        <w:t>)</w:t>
      </w:r>
    </w:p>
    <w:sectPr w:rsidR="00F05C9C" w:rsidRPr="00DF48FB" w:rsidSect="006A3120">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4DA418A"/>
    <w:multiLevelType w:val="hybridMultilevel"/>
    <w:tmpl w:val="08249CDE"/>
    <w:lvl w:ilvl="0" w:tplc="2CA8853E">
      <w:start w:val="6"/>
      <w:numFmt w:val="bullet"/>
      <w:lvlText w:val="□"/>
      <w:lvlJc w:val="left"/>
      <w:pPr>
        <w:ind w:left="360" w:hanging="360"/>
      </w:pPr>
      <w:rPr>
        <w:rFonts w:ascii="細明體" w:eastAsia="細明體" w:hAnsi="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0" w15:restartNumberingAfterBreak="0">
    <w:nsid w:val="29654650"/>
    <w:multiLevelType w:val="hybridMultilevel"/>
    <w:tmpl w:val="C9763D72"/>
    <w:lvl w:ilvl="0" w:tplc="0E92641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70A35AC"/>
    <w:multiLevelType w:val="hybridMultilevel"/>
    <w:tmpl w:val="4FB4013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7710AC3"/>
    <w:multiLevelType w:val="hybridMultilevel"/>
    <w:tmpl w:val="339A1474"/>
    <w:lvl w:ilvl="0" w:tplc="2CA8853E">
      <w:start w:val="6"/>
      <w:numFmt w:val="bullet"/>
      <w:lvlText w:val="□"/>
      <w:lvlJc w:val="left"/>
      <w:pPr>
        <w:ind w:left="360" w:hanging="360"/>
      </w:pPr>
      <w:rPr>
        <w:rFonts w:ascii="細明體" w:eastAsia="細明體" w:hAnsi="細明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3" w15:restartNumberingAfterBreak="0">
    <w:nsid w:val="4BD86B3F"/>
    <w:multiLevelType w:val="hybridMultilevel"/>
    <w:tmpl w:val="695EBB70"/>
    <w:lvl w:ilvl="0" w:tplc="FFFFFFFF">
      <w:start w:val="1"/>
      <w:numFmt w:val="decimal"/>
      <w:lvlText w:val="%1."/>
      <w:lvlJc w:val="left"/>
      <w:pPr>
        <w:ind w:left="480" w:hanging="480"/>
      </w:p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6D8B463E"/>
    <w:multiLevelType w:val="hybridMultilevel"/>
    <w:tmpl w:val="F02432D4"/>
    <w:lvl w:ilvl="0" w:tplc="3716BEC0">
      <w:start w:val="1"/>
      <w:numFmt w:val="bullet"/>
      <w:lvlText w:val="□"/>
      <w:lvlJc w:val="left"/>
      <w:pPr>
        <w:ind w:left="480" w:hanging="480"/>
      </w:pPr>
      <w:rPr>
        <w:rFonts w:ascii="細明體" w:eastAsia="細明體" w:hAnsi="細明體"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16cid:durableId="1107500559">
    <w:abstractNumId w:val="8"/>
  </w:num>
  <w:num w:numId="2" w16cid:durableId="365256536">
    <w:abstractNumId w:val="6"/>
  </w:num>
  <w:num w:numId="3" w16cid:durableId="1978603317">
    <w:abstractNumId w:val="5"/>
  </w:num>
  <w:num w:numId="4" w16cid:durableId="329219953">
    <w:abstractNumId w:val="4"/>
  </w:num>
  <w:num w:numId="5" w16cid:durableId="1849518958">
    <w:abstractNumId w:val="7"/>
  </w:num>
  <w:num w:numId="6" w16cid:durableId="173569090">
    <w:abstractNumId w:val="3"/>
  </w:num>
  <w:num w:numId="7" w16cid:durableId="172187975">
    <w:abstractNumId w:val="2"/>
  </w:num>
  <w:num w:numId="8" w16cid:durableId="739137944">
    <w:abstractNumId w:val="1"/>
  </w:num>
  <w:num w:numId="9" w16cid:durableId="883521225">
    <w:abstractNumId w:val="0"/>
  </w:num>
  <w:num w:numId="10" w16cid:durableId="386799144">
    <w:abstractNumId w:val="11"/>
  </w:num>
  <w:num w:numId="11" w16cid:durableId="1562985432">
    <w:abstractNumId w:val="10"/>
  </w:num>
  <w:num w:numId="12" w16cid:durableId="233321894">
    <w:abstractNumId w:val="13"/>
  </w:num>
  <w:num w:numId="13" w16cid:durableId="603851128">
    <w:abstractNumId w:val="14"/>
  </w:num>
  <w:num w:numId="14" w16cid:durableId="1479683401">
    <w:abstractNumId w:val="12"/>
  </w:num>
  <w:num w:numId="15" w16cid:durableId="63225440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920FD"/>
    <w:rsid w:val="0015074B"/>
    <w:rsid w:val="00176494"/>
    <w:rsid w:val="001F2BD0"/>
    <w:rsid w:val="002239BB"/>
    <w:rsid w:val="00237643"/>
    <w:rsid w:val="00284926"/>
    <w:rsid w:val="0029639D"/>
    <w:rsid w:val="00326F90"/>
    <w:rsid w:val="00347F53"/>
    <w:rsid w:val="003555D1"/>
    <w:rsid w:val="003709F7"/>
    <w:rsid w:val="003D7E97"/>
    <w:rsid w:val="00405FF9"/>
    <w:rsid w:val="00434CE1"/>
    <w:rsid w:val="004D4A25"/>
    <w:rsid w:val="00645D5D"/>
    <w:rsid w:val="006512B9"/>
    <w:rsid w:val="00683E01"/>
    <w:rsid w:val="006868D7"/>
    <w:rsid w:val="006A0EB3"/>
    <w:rsid w:val="006A2C93"/>
    <w:rsid w:val="006A3120"/>
    <w:rsid w:val="00726297"/>
    <w:rsid w:val="00761E15"/>
    <w:rsid w:val="007815A6"/>
    <w:rsid w:val="009844ED"/>
    <w:rsid w:val="009952E0"/>
    <w:rsid w:val="00A11763"/>
    <w:rsid w:val="00A46C76"/>
    <w:rsid w:val="00AA1D8D"/>
    <w:rsid w:val="00AC2843"/>
    <w:rsid w:val="00AD6C9F"/>
    <w:rsid w:val="00B47730"/>
    <w:rsid w:val="00BF42D1"/>
    <w:rsid w:val="00C24A75"/>
    <w:rsid w:val="00C372F0"/>
    <w:rsid w:val="00C8796A"/>
    <w:rsid w:val="00CB0664"/>
    <w:rsid w:val="00CE2169"/>
    <w:rsid w:val="00D00F48"/>
    <w:rsid w:val="00D65914"/>
    <w:rsid w:val="00DB45A9"/>
    <w:rsid w:val="00DD266B"/>
    <w:rsid w:val="00DF3FD3"/>
    <w:rsid w:val="00DF48FB"/>
    <w:rsid w:val="00EB3626"/>
    <w:rsid w:val="00EF51BB"/>
    <w:rsid w:val="00F05C9C"/>
    <w:rsid w:val="00F5554A"/>
    <w:rsid w:val="00FC693F"/>
    <w:rsid w:val="00FF5F55"/>
    <w:rsid w:val="00FF75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9090EC1"/>
  <w14:defaultImageDpi w14:val="300"/>
  <w15:docId w15:val="{23D76325-1447-48EB-A061-E86B575B3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頁首 字元"/>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頁尾 字元"/>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標題 1 字元"/>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標題 2 字元"/>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標題 3 字元"/>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標題 字元"/>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標題 字元"/>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字元"/>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字元"/>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字元"/>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巨集文字 字元"/>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文 字元"/>
    <w:basedOn w:val="a2"/>
    <w:link w:val="af5"/>
    <w:uiPriority w:val="29"/>
    <w:rsid w:val="00FC693F"/>
    <w:rPr>
      <w:i/>
      <w:iCs/>
      <w:color w:val="000000" w:themeColor="text1"/>
    </w:rPr>
  </w:style>
  <w:style w:type="character" w:customStyle="1" w:styleId="40">
    <w:name w:val="標題 4 字元"/>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標題 5 字元"/>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標題 6 字元"/>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標題 7 字元"/>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標題 8 字元"/>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標題 9 字元"/>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鮮明引文 字元"/>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aff1">
    <w:name w:val="TOC Heading"/>
    <w:basedOn w:val="1"/>
    <w:next w:val="a1"/>
    <w:uiPriority w:val="39"/>
    <w:semiHidden/>
    <w:unhideWhenUsed/>
    <w:qFormat/>
    <w:rsid w:val="00FC693F"/>
    <w:pPr>
      <w:outlineLvl w:val="9"/>
    </w:pPr>
  </w:style>
  <w:style w:type="table" w:styleId="aff2">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3">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4">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5">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6">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7">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8">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9">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3</Pages>
  <Words>512</Words>
  <Characters>2925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36</cp:revision>
  <dcterms:created xsi:type="dcterms:W3CDTF">2013-12-23T23:15:00Z</dcterms:created>
  <dcterms:modified xsi:type="dcterms:W3CDTF">2026-07-16T01:58:00Z</dcterms:modified>
  <cp:category/>
</cp:coreProperties>
</file>